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EC68D" w14:textId="77777777" w:rsidR="003443E6" w:rsidRPr="00B435F9" w:rsidRDefault="00D75531">
      <w:pPr>
        <w:pStyle w:val="Podtytu"/>
        <w:jc w:val="center"/>
        <w:rPr>
          <w:color w:val="auto"/>
        </w:rPr>
      </w:pPr>
      <w:proofErr w:type="spellStart"/>
      <w:r w:rsidRPr="00B435F9">
        <w:rPr>
          <w:color w:val="auto"/>
        </w:rPr>
        <w:t>Protokół</w:t>
      </w:r>
      <w:proofErr w:type="spellEnd"/>
      <w:r w:rsidRPr="00B435F9">
        <w:rPr>
          <w:color w:val="auto"/>
        </w:rPr>
        <w:t xml:space="preserve"> </w:t>
      </w:r>
      <w:proofErr w:type="spellStart"/>
      <w:r w:rsidRPr="00B435F9">
        <w:rPr>
          <w:color w:val="auto"/>
        </w:rPr>
        <w:t>odbycia</w:t>
      </w:r>
      <w:proofErr w:type="spellEnd"/>
      <w:r w:rsidRPr="00B435F9">
        <w:rPr>
          <w:color w:val="auto"/>
        </w:rPr>
        <w:t xml:space="preserve"> </w:t>
      </w:r>
      <w:proofErr w:type="spellStart"/>
      <w:r w:rsidRPr="00B435F9">
        <w:rPr>
          <w:color w:val="auto"/>
        </w:rPr>
        <w:t>obowiązkowej</w:t>
      </w:r>
      <w:proofErr w:type="spellEnd"/>
      <w:r w:rsidRPr="00B435F9">
        <w:rPr>
          <w:color w:val="auto"/>
        </w:rPr>
        <w:t xml:space="preserve"> </w:t>
      </w:r>
      <w:proofErr w:type="spellStart"/>
      <w:r w:rsidRPr="00B435F9">
        <w:rPr>
          <w:color w:val="auto"/>
        </w:rPr>
        <w:t>wizji</w:t>
      </w:r>
      <w:proofErr w:type="spellEnd"/>
      <w:r w:rsidRPr="00B435F9">
        <w:rPr>
          <w:color w:val="auto"/>
        </w:rPr>
        <w:t xml:space="preserve"> lokalnej</w:t>
      </w:r>
    </w:p>
    <w:p w14:paraId="20E3DE46" w14:textId="77777777" w:rsidR="003443E6" w:rsidRPr="00B435F9" w:rsidRDefault="00D75531">
      <w:r w:rsidRPr="00B435F9">
        <w:t>Postępowanie: wykonanie dokumentacji projektowej podziemnego ukrycia kategorii U-3 dla 2500 osób w Siedlinie wraz z uzyskaniem pozwolenia na budowę.</w:t>
      </w:r>
    </w:p>
    <w:p w14:paraId="60D2EF1B" w14:textId="77777777" w:rsidR="003443E6" w:rsidRPr="00B435F9" w:rsidRDefault="00D75531">
      <w:pPr>
        <w:spacing w:after="0"/>
      </w:pPr>
      <w:r w:rsidRPr="00B435F9">
        <w:rPr>
          <w:b/>
        </w:rPr>
        <w:t>Numer postępowania:</w:t>
      </w:r>
    </w:p>
    <w:p w14:paraId="172BCA2F" w14:textId="77777777" w:rsidR="003443E6" w:rsidRPr="00B435F9" w:rsidRDefault="00D75531">
      <w:pPr>
        <w:pBdr>
          <w:bottom w:val="single" w:sz="6" w:space="1" w:color="404040"/>
        </w:pBdr>
        <w:spacing w:after="60" w:line="120" w:lineRule="auto"/>
      </w:pPr>
      <w:r w:rsidRPr="00B435F9">
        <w:t xml:space="preserve"> </w:t>
      </w:r>
    </w:p>
    <w:p w14:paraId="05F82BB8" w14:textId="77777777" w:rsidR="003443E6" w:rsidRPr="00B435F9" w:rsidRDefault="00D75531">
      <w:pPr>
        <w:spacing w:after="0"/>
      </w:pPr>
      <w:r w:rsidRPr="00B435F9">
        <w:rPr>
          <w:b/>
        </w:rPr>
        <w:t>Data i godzina wizji (termin wskazany w ogłoszeniu):</w:t>
      </w:r>
    </w:p>
    <w:p w14:paraId="1CB1DFA1" w14:textId="77777777" w:rsidR="003443E6" w:rsidRPr="00B435F9" w:rsidRDefault="00D75531">
      <w:pPr>
        <w:pBdr>
          <w:bottom w:val="single" w:sz="6" w:space="1" w:color="404040"/>
        </w:pBdr>
        <w:spacing w:after="60" w:line="120" w:lineRule="auto"/>
      </w:pPr>
      <w:r w:rsidRPr="00B435F9">
        <w:t xml:space="preserve"> </w:t>
      </w:r>
    </w:p>
    <w:p w14:paraId="6EDCD64A" w14:textId="77777777" w:rsidR="003443E6" w:rsidRPr="00B435F9" w:rsidRDefault="00D75531">
      <w:pPr>
        <w:spacing w:after="0"/>
      </w:pPr>
      <w:r w:rsidRPr="00B435F9">
        <w:rPr>
          <w:b/>
        </w:rPr>
        <w:t>Miejsce zbiórki:</w:t>
      </w:r>
    </w:p>
    <w:p w14:paraId="2915B491" w14:textId="77777777" w:rsidR="003443E6" w:rsidRPr="00B435F9" w:rsidRDefault="00D75531">
      <w:pPr>
        <w:pBdr>
          <w:bottom w:val="single" w:sz="6" w:space="1" w:color="404040"/>
        </w:pBdr>
        <w:spacing w:after="60" w:line="120" w:lineRule="auto"/>
      </w:pPr>
      <w:r w:rsidRPr="00B435F9">
        <w:t xml:space="preserve"> </w:t>
      </w:r>
    </w:p>
    <w:p w14:paraId="40BCF6DE" w14:textId="77777777" w:rsidR="003443E6" w:rsidRPr="00B435F9" w:rsidRDefault="00D75531">
      <w:pPr>
        <w:spacing w:after="0"/>
      </w:pPr>
      <w:r w:rsidRPr="00B435F9">
        <w:rPr>
          <w:b/>
        </w:rPr>
        <w:t>Nazwa wykonawcy:</w:t>
      </w:r>
    </w:p>
    <w:p w14:paraId="2C577479" w14:textId="77777777" w:rsidR="003443E6" w:rsidRPr="00B435F9" w:rsidRDefault="00D75531">
      <w:pPr>
        <w:pBdr>
          <w:bottom w:val="single" w:sz="6" w:space="1" w:color="404040"/>
        </w:pBdr>
        <w:spacing w:after="60" w:line="120" w:lineRule="auto"/>
      </w:pPr>
      <w:r w:rsidRPr="00B435F9">
        <w:t xml:space="preserve"> </w:t>
      </w:r>
    </w:p>
    <w:p w14:paraId="321C06EC" w14:textId="77777777" w:rsidR="003443E6" w:rsidRPr="00B435F9" w:rsidRDefault="00D75531">
      <w:pPr>
        <w:spacing w:after="0"/>
      </w:pPr>
      <w:r w:rsidRPr="00B435F9">
        <w:rPr>
          <w:b/>
        </w:rPr>
        <w:t>Imię i nazwisko przedstawiciela wykonawcy:</w:t>
      </w:r>
    </w:p>
    <w:p w14:paraId="784251B7" w14:textId="77777777" w:rsidR="003443E6" w:rsidRPr="00B435F9" w:rsidRDefault="00D75531">
      <w:pPr>
        <w:pBdr>
          <w:bottom w:val="single" w:sz="6" w:space="1" w:color="404040"/>
        </w:pBdr>
        <w:spacing w:after="60" w:line="120" w:lineRule="auto"/>
      </w:pPr>
      <w:r w:rsidRPr="00B435F9">
        <w:t xml:space="preserve"> </w:t>
      </w:r>
    </w:p>
    <w:p w14:paraId="2345CC59" w14:textId="77777777" w:rsidR="003443E6" w:rsidRPr="00B435F9" w:rsidRDefault="00D75531">
      <w:pPr>
        <w:spacing w:after="0"/>
      </w:pPr>
      <w:r w:rsidRPr="00B435F9">
        <w:rPr>
          <w:b/>
        </w:rPr>
        <w:t>Dane kontaktowe przedstawiciela:</w:t>
      </w:r>
    </w:p>
    <w:p w14:paraId="47BD3757" w14:textId="77777777" w:rsidR="003443E6" w:rsidRPr="00B435F9" w:rsidRDefault="00D75531">
      <w:pPr>
        <w:pBdr>
          <w:bottom w:val="single" w:sz="6" w:space="1" w:color="404040"/>
        </w:pBdr>
        <w:spacing w:after="60" w:line="120" w:lineRule="auto"/>
      </w:pPr>
      <w:r w:rsidRPr="00B435F9">
        <w:t xml:space="preserve"> </w:t>
      </w:r>
    </w:p>
    <w:p w14:paraId="4100E99C" w14:textId="77777777" w:rsidR="003443E6" w:rsidRPr="00B435F9" w:rsidRDefault="00D75531">
      <w:pPr>
        <w:spacing w:after="0"/>
      </w:pPr>
      <w:r w:rsidRPr="00B435F9">
        <w:rPr>
          <w:b/>
        </w:rPr>
        <w:t>Przedstawiciel Zamawiającego:</w:t>
      </w:r>
    </w:p>
    <w:p w14:paraId="5B0ED9D1" w14:textId="77777777" w:rsidR="003443E6" w:rsidRPr="00B435F9" w:rsidRDefault="00D75531">
      <w:pPr>
        <w:pBdr>
          <w:bottom w:val="single" w:sz="6" w:space="1" w:color="404040"/>
        </w:pBdr>
        <w:spacing w:after="60" w:line="120" w:lineRule="auto"/>
      </w:pPr>
      <w:r w:rsidRPr="00B435F9">
        <w:t xml:space="preserve"> </w:t>
      </w:r>
    </w:p>
    <w:p w14:paraId="63C70017" w14:textId="77777777" w:rsidR="003443E6" w:rsidRPr="00B435F9" w:rsidRDefault="00D75531">
      <w:pPr>
        <w:pStyle w:val="Nagwek1"/>
        <w:rPr>
          <w:color w:val="auto"/>
        </w:rPr>
      </w:pPr>
      <w:r w:rsidRPr="00B435F9">
        <w:rPr>
          <w:color w:val="auto"/>
        </w:rPr>
        <w:t>1. Zakres wizji</w:t>
      </w:r>
    </w:p>
    <w:p w14:paraId="645B5209" w14:textId="4A509DE9" w:rsidR="003443E6" w:rsidRPr="00B435F9" w:rsidRDefault="00D75531" w:rsidP="00B57969">
      <w:pPr>
        <w:jc w:val="both"/>
      </w:pPr>
      <w:r w:rsidRPr="00B435F9">
        <w:t xml:space="preserve">Uczestnikowi umożliwiono zapoznanie się, w zakresie dostępnym w dniu wizji, z aktualnym zagospodarowaniem terenu, bieżnią, boiskiem, widocznymi elementami odwodnienia i uzbrojenia, warunkami dojścia i dojazdu, zakresem prowadzonych robót </w:t>
      </w:r>
      <w:proofErr w:type="spellStart"/>
      <w:r w:rsidRPr="00B435F9">
        <w:t>oraz</w:t>
      </w:r>
      <w:proofErr w:type="spellEnd"/>
      <w:r w:rsidRPr="00B435F9">
        <w:t xml:space="preserve"> </w:t>
      </w:r>
      <w:proofErr w:type="spellStart"/>
      <w:r w:rsidRPr="00B435F9">
        <w:t>ograniczeniami</w:t>
      </w:r>
      <w:proofErr w:type="spellEnd"/>
      <w:r w:rsidRPr="00B435F9">
        <w:t xml:space="preserve"> </w:t>
      </w:r>
      <w:proofErr w:type="spellStart"/>
      <w:r w:rsidRPr="00B435F9">
        <w:t>wynikającymi</w:t>
      </w:r>
      <w:proofErr w:type="spellEnd"/>
      <w:r w:rsidRPr="00B435F9">
        <w:t xml:space="preserve"> z</w:t>
      </w:r>
      <w:r w:rsidR="00B57969">
        <w:t> </w:t>
      </w:r>
      <w:proofErr w:type="spellStart"/>
      <w:r w:rsidRPr="00B435F9">
        <w:t>funkcjonowania</w:t>
      </w:r>
      <w:proofErr w:type="spellEnd"/>
      <w:r w:rsidRPr="00B435F9">
        <w:t xml:space="preserve"> </w:t>
      </w:r>
      <w:proofErr w:type="spellStart"/>
      <w:r w:rsidRPr="00B435F9">
        <w:t>szkoły</w:t>
      </w:r>
      <w:proofErr w:type="spellEnd"/>
      <w:r w:rsidRPr="00B435F9">
        <w:t xml:space="preserve"> </w:t>
      </w:r>
      <w:proofErr w:type="spellStart"/>
      <w:r w:rsidRPr="00B435F9">
        <w:t>i</w:t>
      </w:r>
      <w:proofErr w:type="spellEnd"/>
      <w:r w:rsidRPr="00B435F9">
        <w:t xml:space="preserve"> </w:t>
      </w:r>
      <w:proofErr w:type="spellStart"/>
      <w:r w:rsidRPr="00B435F9">
        <w:t>infrastruktury</w:t>
      </w:r>
      <w:proofErr w:type="spellEnd"/>
      <w:r w:rsidRPr="00B435F9">
        <w:t xml:space="preserve"> </w:t>
      </w:r>
      <w:proofErr w:type="spellStart"/>
      <w:r w:rsidRPr="00B435F9">
        <w:t>sportowej</w:t>
      </w:r>
      <w:proofErr w:type="spellEnd"/>
      <w:r w:rsidRPr="00B435F9">
        <w:t>.</w:t>
      </w:r>
    </w:p>
    <w:p w14:paraId="7F53F190" w14:textId="77777777" w:rsidR="00B435F9" w:rsidRDefault="00B435F9"/>
    <w:p w14:paraId="57A62BE9" w14:textId="77777777" w:rsidR="00B435F9" w:rsidRDefault="00B435F9"/>
    <w:p w14:paraId="1B3C616E" w14:textId="7BC51F26" w:rsidR="00B435F9" w:rsidRDefault="00B435F9">
      <w:r>
        <w:t>Podpis Zamawiającego:</w:t>
      </w:r>
    </w:p>
    <w:p w14:paraId="1FC22A56" w14:textId="77777777" w:rsidR="00B435F9" w:rsidRDefault="00B435F9"/>
    <w:p w14:paraId="5E2CDC84" w14:textId="77777777" w:rsidR="00B435F9" w:rsidRDefault="00B435F9"/>
    <w:p w14:paraId="0184F6F0" w14:textId="77777777" w:rsidR="00B435F9" w:rsidRDefault="00B435F9"/>
    <w:p w14:paraId="5AF70D3E" w14:textId="0383CA82" w:rsidR="003443E6" w:rsidRPr="00B435F9" w:rsidRDefault="00B435F9">
      <w:r>
        <w:t>Podpis Wykonawcy:</w:t>
      </w:r>
      <w:r w:rsidRPr="00B435F9">
        <w:br w:type="page"/>
      </w:r>
    </w:p>
    <w:p w14:paraId="52C3FC02" w14:textId="77777777" w:rsidR="003443E6" w:rsidRPr="00B435F9" w:rsidRDefault="00D75531">
      <w:pPr>
        <w:pStyle w:val="Nagwek1"/>
        <w:rPr>
          <w:color w:val="auto"/>
        </w:rPr>
      </w:pPr>
      <w:r w:rsidRPr="00B435F9">
        <w:rPr>
          <w:color w:val="auto"/>
        </w:rPr>
        <w:lastRenderedPageBreak/>
        <w:t>4. Oświadczenia</w:t>
      </w:r>
    </w:p>
    <w:p w14:paraId="43A7B590" w14:textId="77777777" w:rsidR="003443E6" w:rsidRPr="00B435F9" w:rsidRDefault="00D75531" w:rsidP="00B57969">
      <w:pPr>
        <w:jc w:val="both"/>
      </w:pPr>
      <w:r w:rsidRPr="00B435F9">
        <w:t>Przedstawiciel wykonawcy potwierdza odbycie wizji lokalnej. Podpisanie protokołu nie oznacza potwierdzenia kompletności dokumentów Zamawiającego, rozpoznania warunków ukrytych ani przejęcia odpowiedzialności za okoliczności niemożliwe do stwierdzenia podczas oględzin.</w:t>
      </w:r>
    </w:p>
    <w:p w14:paraId="13ED312D" w14:textId="77777777" w:rsidR="003443E6" w:rsidRPr="00B435F9" w:rsidRDefault="00D75531" w:rsidP="00B57969">
      <w:pPr>
        <w:jc w:val="both"/>
      </w:pPr>
      <w:r w:rsidRPr="00B435F9">
        <w:t>W trakcie wizji nie udzielano wiążących wyjaśnień zmieniających dokumenty postępowania. Pytania wymagające odpowiedzi należy przekazać Zamawiającemu w formie pisemnej.</w:t>
      </w:r>
    </w:p>
    <w:p w14:paraId="0D84595A" w14:textId="77777777" w:rsidR="003443E6" w:rsidRPr="00B435F9" w:rsidRDefault="003443E6"/>
    <w:p w14:paraId="2964888B" w14:textId="77777777" w:rsidR="003443E6" w:rsidRPr="00B435F9" w:rsidRDefault="00D75531">
      <w:pPr>
        <w:spacing w:after="0"/>
      </w:pPr>
      <w:r w:rsidRPr="00B435F9">
        <w:rPr>
          <w:b/>
        </w:rPr>
        <w:t>Podpis przedstawiciela wykonawcy:</w:t>
      </w:r>
    </w:p>
    <w:p w14:paraId="10D714D7" w14:textId="77777777" w:rsidR="003443E6" w:rsidRPr="00B435F9" w:rsidRDefault="00D75531">
      <w:pPr>
        <w:pBdr>
          <w:bottom w:val="single" w:sz="6" w:space="1" w:color="404040"/>
        </w:pBdr>
        <w:spacing w:after="160" w:line="120" w:lineRule="auto"/>
      </w:pPr>
      <w:r w:rsidRPr="00B435F9">
        <w:t xml:space="preserve"> </w:t>
      </w:r>
    </w:p>
    <w:p w14:paraId="26473581" w14:textId="77777777" w:rsidR="003443E6" w:rsidRPr="00B435F9" w:rsidRDefault="00D75531">
      <w:pPr>
        <w:spacing w:after="0"/>
      </w:pPr>
      <w:r w:rsidRPr="00B435F9">
        <w:rPr>
          <w:b/>
        </w:rPr>
        <w:t>Podpis przedstawiciela Zamawiającego:</w:t>
      </w:r>
    </w:p>
    <w:p w14:paraId="14DC4E96" w14:textId="77777777" w:rsidR="003443E6" w:rsidRPr="00B435F9" w:rsidRDefault="00D75531">
      <w:pPr>
        <w:pBdr>
          <w:bottom w:val="single" w:sz="6" w:space="1" w:color="404040"/>
        </w:pBdr>
        <w:spacing w:after="160" w:line="120" w:lineRule="auto"/>
      </w:pPr>
      <w:r w:rsidRPr="00B435F9">
        <w:t xml:space="preserve"> </w:t>
      </w:r>
    </w:p>
    <w:sectPr w:rsidR="003443E6" w:rsidRPr="00B435F9" w:rsidSect="00034616">
      <w:headerReference w:type="default" r:id="rId8"/>
      <w:footerReference w:type="default" r:id="rId9"/>
      <w:pgSz w:w="11906" w:h="16838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FE31" w14:textId="77777777" w:rsidR="00D75531" w:rsidRDefault="00D75531">
      <w:pPr>
        <w:spacing w:after="0" w:line="240" w:lineRule="auto"/>
      </w:pPr>
      <w:r>
        <w:separator/>
      </w:r>
    </w:p>
  </w:endnote>
  <w:endnote w:type="continuationSeparator" w:id="0">
    <w:p w14:paraId="2F72F016" w14:textId="77777777" w:rsidR="00D75531" w:rsidRDefault="00D7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D7C55" w14:textId="77777777" w:rsidR="003443E6" w:rsidRDefault="00D75531">
    <w:pPr>
      <w:pStyle w:val="Stopka"/>
      <w:jc w:val="center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B435F9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8657" w14:textId="77777777" w:rsidR="00D75531" w:rsidRDefault="00D75531">
      <w:pPr>
        <w:spacing w:after="0" w:line="240" w:lineRule="auto"/>
      </w:pPr>
      <w:r>
        <w:separator/>
      </w:r>
    </w:p>
  </w:footnote>
  <w:footnote w:type="continuationSeparator" w:id="0">
    <w:p w14:paraId="6901F49A" w14:textId="77777777" w:rsidR="00D75531" w:rsidRDefault="00D75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CB42" w14:textId="6F5FC65C" w:rsidR="003443E6" w:rsidRDefault="00D75531">
    <w:pPr>
      <w:pStyle w:val="Nagwek"/>
      <w:jc w:val="right"/>
    </w:pPr>
    <w:r>
      <w:rPr>
        <w:color w:val="4F5D73"/>
        <w:sz w:val="16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207052">
    <w:abstractNumId w:val="8"/>
  </w:num>
  <w:num w:numId="2" w16cid:durableId="683241333">
    <w:abstractNumId w:val="6"/>
  </w:num>
  <w:num w:numId="3" w16cid:durableId="1624311644">
    <w:abstractNumId w:val="5"/>
  </w:num>
  <w:num w:numId="4" w16cid:durableId="1374228595">
    <w:abstractNumId w:val="4"/>
  </w:num>
  <w:num w:numId="5" w16cid:durableId="1999571416">
    <w:abstractNumId w:val="7"/>
  </w:num>
  <w:num w:numId="6" w16cid:durableId="1838887398">
    <w:abstractNumId w:val="3"/>
  </w:num>
  <w:num w:numId="7" w16cid:durableId="1455633047">
    <w:abstractNumId w:val="2"/>
  </w:num>
  <w:num w:numId="8" w16cid:durableId="685325924">
    <w:abstractNumId w:val="1"/>
  </w:num>
  <w:num w:numId="9" w16cid:durableId="1534535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3E6"/>
    <w:rsid w:val="00647D35"/>
    <w:rsid w:val="006D3EFA"/>
    <w:rsid w:val="00AA1D8D"/>
    <w:rsid w:val="00B435F9"/>
    <w:rsid w:val="00B47730"/>
    <w:rsid w:val="00B57969"/>
    <w:rsid w:val="00BE6B9E"/>
    <w:rsid w:val="00CB0664"/>
    <w:rsid w:val="00D75531"/>
    <w:rsid w:val="00DB2C22"/>
    <w:rsid w:val="00ED46A0"/>
    <w:rsid w:val="00FB1D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63DB2B"/>
  <w14:defaultImageDpi w14:val="300"/>
  <w15:docId w15:val="{47D68195-15A6-4A74-B464-839742E8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before="160"/>
    </w:pPr>
    <w:rPr>
      <w:rFonts w:asciiTheme="majorHAnsi" w:eastAsiaTheme="majorEastAsia" w:hAnsiTheme="majorHAnsi" w:cstheme="majorBidi"/>
      <w:i/>
      <w:iCs/>
      <w:color w:val="4F5D73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1146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Sz.B.</cp:lastModifiedBy>
  <cp:revision>2</cp:revision>
  <dcterms:created xsi:type="dcterms:W3CDTF">2026-09-02T13:12:00Z</dcterms:created>
  <dcterms:modified xsi:type="dcterms:W3CDTF">2026-09-02T13:12:00Z</dcterms:modified>
  <cp:category/>
</cp:coreProperties>
</file>