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4EB5" w14:textId="77777777" w:rsidR="00D61D7F" w:rsidRPr="00AB2436" w:rsidRDefault="00912619">
      <w:pPr>
        <w:pStyle w:val="Tytu"/>
        <w:jc w:val="center"/>
        <w:rPr>
          <w:lang w:val="pl-PL"/>
        </w:rPr>
      </w:pPr>
      <w:r w:rsidRPr="00AB2436">
        <w:rPr>
          <w:lang w:val="pl-PL"/>
        </w:rPr>
        <w:t>Formularz oferty</w:t>
      </w:r>
    </w:p>
    <w:p w14:paraId="71A93BCF" w14:textId="77777777" w:rsidR="00D61D7F" w:rsidRPr="00AB2436" w:rsidRDefault="00912619">
      <w:pPr>
        <w:jc w:val="center"/>
        <w:rPr>
          <w:lang w:val="pl-PL"/>
        </w:rPr>
      </w:pPr>
      <w:r w:rsidRPr="00AB2436">
        <w:rPr>
          <w:rFonts w:eastAsia="Arial"/>
          <w:b/>
          <w:color w:val="5A5A5A"/>
          <w:sz w:val="23"/>
          <w:lang w:val="pl-PL"/>
        </w:rPr>
        <w:t>Wykonanie kompletnej dokumentacji projektowej budowy podziemnego ukrycia kategorii U-3 dla 2500 osób w miejscowości Siedlin wraz z uzyskaniem decyzji o pozwoleniu na budowę i sprawowaniem nadzoru autorskiego</w:t>
      </w:r>
    </w:p>
    <w:p w14:paraId="04686E09" w14:textId="77777777" w:rsidR="00D61D7F" w:rsidRPr="00AB2436" w:rsidRDefault="00912619">
      <w:pPr>
        <w:jc w:val="center"/>
        <w:rPr>
          <w:lang w:val="pl-PL"/>
        </w:rPr>
      </w:pPr>
      <w:r w:rsidRPr="00AB2436">
        <w:rPr>
          <w:rFonts w:eastAsia="Arial"/>
          <w:color w:val="5A5A5A"/>
          <w:sz w:val="19"/>
          <w:lang w:val="pl-PL"/>
        </w:rPr>
        <w:t>Siedlin, gmina Płońsk | 2026</w:t>
      </w:r>
    </w:p>
    <w:p w14:paraId="3552103C" w14:textId="77777777" w:rsidR="00D61D7F" w:rsidRPr="00AB2436" w:rsidRDefault="00D61D7F">
      <w:pPr>
        <w:rPr>
          <w:lang w:val="pl-PL"/>
        </w:rPr>
      </w:pPr>
    </w:p>
    <w:p w14:paraId="284593C8" w14:textId="77777777" w:rsidR="00D61D7F" w:rsidRPr="00AB2436" w:rsidRDefault="00912619">
      <w:pPr>
        <w:pStyle w:val="Nagwek1"/>
        <w:rPr>
          <w:lang w:val="pl-PL"/>
        </w:rPr>
      </w:pPr>
      <w:r w:rsidRPr="00AB2436">
        <w:rPr>
          <w:lang w:val="pl-PL"/>
        </w:rPr>
        <w:t>1. Dane wykonawcy</w:t>
      </w:r>
    </w:p>
    <w:p w14:paraId="10432C29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Pełna nazwa: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7C01E5D3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Adres: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6FDAD40C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NIP: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3905CF10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REGON: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2EE578A6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Numer KRS albo innego rejestru: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345237FF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Osoba do kontaktu: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513AF43F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Telefon: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5DB90115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Adres poczty elektronicznej: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1D6B678F" w14:textId="77777777" w:rsidR="00D61D7F" w:rsidRPr="00AB2436" w:rsidRDefault="00912619">
      <w:pPr>
        <w:rPr>
          <w:lang w:val="pl-PL"/>
        </w:rPr>
      </w:pPr>
      <w:r w:rsidRPr="00AB2436">
        <w:rPr>
          <w:rFonts w:eastAsia="Arial"/>
          <w:lang w:val="pl-PL"/>
        </w:rPr>
        <w:t>W przypadku wykonawców wspólnie ubiegających się o zamówienie należy wskazać wszystkich wykonawców i pełnomocnika.</w:t>
      </w:r>
    </w:p>
    <w:p w14:paraId="3C70A620" w14:textId="77777777" w:rsidR="00D61D7F" w:rsidRPr="00AB2436" w:rsidRDefault="00912619">
      <w:pPr>
        <w:pStyle w:val="Nagwek1"/>
        <w:rPr>
          <w:lang w:val="pl-PL"/>
        </w:rPr>
      </w:pPr>
      <w:r w:rsidRPr="00AB2436">
        <w:rPr>
          <w:lang w:val="pl-PL"/>
        </w:rPr>
        <w:t>2. Cena oferty</w:t>
      </w:r>
    </w:p>
    <w:p w14:paraId="48A1F6E9" w14:textId="77777777" w:rsidR="00D61D7F" w:rsidRPr="00AB2436" w:rsidRDefault="00912619">
      <w:pPr>
        <w:rPr>
          <w:lang w:val="pl-PL"/>
        </w:rPr>
      </w:pPr>
      <w:r w:rsidRPr="00AB2436">
        <w:rPr>
          <w:rFonts w:eastAsia="Arial"/>
          <w:lang w:val="pl-PL"/>
        </w:rPr>
        <w:t>Oferujemy wykonanie całości przedmiotu zamówienia za jedno wynagrodzenie ryczałtowe:</w:t>
      </w:r>
    </w:p>
    <w:p w14:paraId="088A27F5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Cena netto: </w:t>
      </w:r>
      <w:r w:rsidRPr="00AB2436">
        <w:rPr>
          <w:rFonts w:eastAsia="Arial"/>
          <w:lang w:val="pl-PL"/>
        </w:rPr>
        <w:t>................................................ zł</w:t>
      </w:r>
    </w:p>
    <w:p w14:paraId="372B9747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Podatek VAT: </w:t>
      </w:r>
      <w:r w:rsidRPr="00AB2436">
        <w:rPr>
          <w:rFonts w:eastAsia="Arial"/>
          <w:lang w:val="pl-PL"/>
        </w:rPr>
        <w:t>................................................ zł</w:t>
      </w:r>
    </w:p>
    <w:p w14:paraId="1E575E41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Cena brutto: </w:t>
      </w:r>
      <w:r w:rsidRPr="00AB2436">
        <w:rPr>
          <w:rFonts w:eastAsia="Arial"/>
          <w:lang w:val="pl-PL"/>
        </w:rPr>
        <w:t>................................................ zł</w:t>
      </w:r>
    </w:p>
    <w:p w14:paraId="18C7A6D4" w14:textId="77777777" w:rsidR="00D61D7F" w:rsidRPr="00AB2436" w:rsidRDefault="00912619">
      <w:pPr>
        <w:spacing w:after="60"/>
        <w:rPr>
          <w:lang w:val="pl-PL"/>
        </w:rPr>
      </w:pPr>
      <w:r w:rsidRPr="00AB2436">
        <w:rPr>
          <w:rFonts w:eastAsia="Arial"/>
          <w:b/>
          <w:lang w:val="pl-PL"/>
        </w:rPr>
        <w:t xml:space="preserve">Cena brutto słownie: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3E57C3DF" w14:textId="77777777" w:rsidR="00D61D7F" w:rsidRPr="00AB2436" w:rsidRDefault="00912619">
      <w:pPr>
        <w:rPr>
          <w:lang w:val="pl-PL"/>
        </w:rPr>
      </w:pPr>
      <w:r w:rsidRPr="00AB2436">
        <w:rPr>
          <w:rFonts w:eastAsia="Arial"/>
          <w:lang w:val="pl-PL"/>
        </w:rPr>
        <w:t>Cena obejmuje cały zakres zamówienia, w tym sprawowanie nadzoru autorskiego, za który nie przysługuje odrębne ani dodatkowe wynagrodzenie.</w:t>
      </w:r>
    </w:p>
    <w:p w14:paraId="480205F9" w14:textId="77777777" w:rsidR="00D61D7F" w:rsidRPr="00AB2436" w:rsidRDefault="00912619">
      <w:pPr>
        <w:pStyle w:val="Nagwek1"/>
        <w:rPr>
          <w:lang w:val="pl-PL"/>
        </w:rPr>
      </w:pPr>
      <w:r w:rsidRPr="00AB2436">
        <w:rPr>
          <w:lang w:val="pl-PL"/>
        </w:rPr>
        <w:t>3. Przyporządkowanie ceny do grup Programu inwestycji</w:t>
      </w:r>
    </w:p>
    <w:p w14:paraId="10ABF1A2" w14:textId="77777777" w:rsidR="00D61D7F" w:rsidRPr="00AB2436" w:rsidRDefault="00912619" w:rsidP="00327C2A">
      <w:pPr>
        <w:spacing w:after="60"/>
        <w:jc w:val="left"/>
        <w:rPr>
          <w:lang w:val="pl-PL"/>
        </w:rPr>
      </w:pPr>
      <w:r w:rsidRPr="00AB2436">
        <w:rPr>
          <w:rFonts w:eastAsia="Arial"/>
          <w:b/>
          <w:lang w:val="pl-PL"/>
        </w:rPr>
        <w:t xml:space="preserve">40% - architektura, konstrukcja, obliczenia dynamiczne i wzmocnienia: </w:t>
      </w:r>
      <w:r w:rsidRPr="00AB2436">
        <w:rPr>
          <w:rFonts w:eastAsia="Arial"/>
          <w:lang w:val="pl-PL"/>
        </w:rPr>
        <w:t>................................................ zł brutto</w:t>
      </w:r>
    </w:p>
    <w:p w14:paraId="2F6194F7" w14:textId="77777777" w:rsidR="00D61D7F" w:rsidRPr="00AB2436" w:rsidRDefault="00912619" w:rsidP="00327C2A">
      <w:pPr>
        <w:spacing w:after="60"/>
        <w:jc w:val="left"/>
        <w:rPr>
          <w:lang w:val="pl-PL"/>
        </w:rPr>
      </w:pPr>
      <w:r w:rsidRPr="00AB2436">
        <w:rPr>
          <w:rFonts w:eastAsia="Arial"/>
          <w:b/>
          <w:lang w:val="pl-PL"/>
        </w:rPr>
        <w:t xml:space="preserve">20% - filtrowentylacja, hermetyzacja, systemy awaryjne i zabezpieczenia wejść: </w:t>
      </w:r>
      <w:r w:rsidRPr="00AB2436">
        <w:rPr>
          <w:rFonts w:eastAsia="Arial"/>
          <w:lang w:val="pl-PL"/>
        </w:rPr>
        <w:t>................................................ zł brutto</w:t>
      </w:r>
    </w:p>
    <w:p w14:paraId="4D9C9BA6" w14:textId="77777777" w:rsidR="00D61D7F" w:rsidRPr="00AB2436" w:rsidRDefault="00912619" w:rsidP="00327C2A">
      <w:pPr>
        <w:spacing w:after="60"/>
        <w:jc w:val="left"/>
        <w:rPr>
          <w:lang w:val="pl-PL"/>
        </w:rPr>
      </w:pPr>
      <w:r w:rsidRPr="00AB2436">
        <w:rPr>
          <w:rFonts w:eastAsia="Arial"/>
          <w:b/>
          <w:lang w:val="pl-PL"/>
        </w:rPr>
        <w:t xml:space="preserve">30% - projekty branżowe: </w:t>
      </w:r>
      <w:r w:rsidRPr="00AB2436">
        <w:rPr>
          <w:rFonts w:eastAsia="Arial"/>
          <w:lang w:val="pl-PL"/>
        </w:rPr>
        <w:t>................................................ zł brutto</w:t>
      </w:r>
    </w:p>
    <w:p w14:paraId="0C0C19EE" w14:textId="77777777" w:rsidR="00D61D7F" w:rsidRPr="00AB2436" w:rsidRDefault="00912619" w:rsidP="00327C2A">
      <w:pPr>
        <w:spacing w:after="60"/>
        <w:jc w:val="left"/>
        <w:rPr>
          <w:lang w:val="pl-PL"/>
        </w:rPr>
      </w:pPr>
      <w:r w:rsidRPr="00AB2436">
        <w:rPr>
          <w:rFonts w:eastAsia="Arial"/>
          <w:b/>
          <w:lang w:val="pl-PL"/>
        </w:rPr>
        <w:t xml:space="preserve">10% - analizy, scenariusze zagrożeń i ekspertyzy: </w:t>
      </w:r>
      <w:r w:rsidRPr="00AB2436">
        <w:rPr>
          <w:rFonts w:eastAsia="Arial"/>
          <w:lang w:val="pl-PL"/>
        </w:rPr>
        <w:t>................................................ zł brutto</w:t>
      </w:r>
    </w:p>
    <w:p w14:paraId="474B8525" w14:textId="77777777" w:rsidR="00D61D7F" w:rsidRPr="00AB2436" w:rsidRDefault="00912619">
      <w:pPr>
        <w:rPr>
          <w:lang w:val="pl-PL"/>
        </w:rPr>
      </w:pPr>
      <w:r w:rsidRPr="00AB2436">
        <w:rPr>
          <w:rFonts w:eastAsia="Arial"/>
          <w:lang w:val="pl-PL"/>
        </w:rPr>
        <w:t>Suma powyższych wartości musi odpowiadać całkowitej cenie brutto oferty. Podział nie stanowi podziału zamówienia na części.</w:t>
      </w:r>
    </w:p>
    <w:p w14:paraId="373FB36F" w14:textId="5D8E7266" w:rsidR="00D61D7F" w:rsidRPr="00AB2436" w:rsidRDefault="00912619">
      <w:pPr>
        <w:pStyle w:val="Nagwek1"/>
        <w:rPr>
          <w:lang w:val="pl-PL"/>
        </w:rPr>
      </w:pPr>
      <w:r w:rsidRPr="00AB2436">
        <w:rPr>
          <w:lang w:val="pl-PL"/>
        </w:rPr>
        <w:t xml:space="preserve">4. Oświadczenia </w:t>
      </w:r>
      <w:r w:rsidR="00AB2436" w:rsidRPr="00AB2436">
        <w:rPr>
          <w:lang w:val="pl-PL"/>
        </w:rPr>
        <w:t>oferenta</w:t>
      </w:r>
    </w:p>
    <w:p w14:paraId="0377F8F7" w14:textId="4B1285CC" w:rsidR="008E2647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t xml:space="preserve">1. </w:t>
      </w:r>
      <w:r w:rsidR="00AB2436" w:rsidRPr="00AB2436">
        <w:rPr>
          <w:rFonts w:eastAsia="Arial"/>
          <w:lang w:val="pl-PL"/>
        </w:rPr>
        <w:t>Oświadczam, że zapoznałem się z dokumentacją zapytania ofertowego, nie wnoszę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do niej żadnych zastrzeżeń i zobowiązuję się do jej stosowania oraz oferuję wykonanie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przedmiotu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zamówienia zgodnie z warunkami określonymi w zapytaniu ofertowym</w:t>
      </w:r>
      <w:r>
        <w:rPr>
          <w:rFonts w:eastAsia="Arial"/>
          <w:lang w:val="pl-PL"/>
        </w:rPr>
        <w:t>.</w:t>
      </w:r>
    </w:p>
    <w:p w14:paraId="49B21B8F" w14:textId="7FBE0031" w:rsidR="00D61D7F" w:rsidRPr="00AB2436" w:rsidRDefault="008E2647" w:rsidP="008E2647">
      <w:pPr>
        <w:pStyle w:val="Listanumerowana"/>
        <w:numPr>
          <w:ilvl w:val="0"/>
          <w:numId w:val="0"/>
        </w:numPr>
        <w:rPr>
          <w:lang w:val="pl-PL"/>
        </w:rPr>
      </w:pPr>
      <w:r>
        <w:rPr>
          <w:rFonts w:eastAsia="Arial"/>
          <w:lang w:val="pl-PL"/>
        </w:rPr>
        <w:t xml:space="preserve">2. </w:t>
      </w:r>
      <w:r w:rsidR="00AB2436" w:rsidRPr="00AB2436">
        <w:rPr>
          <w:rFonts w:eastAsia="Arial"/>
          <w:lang w:val="pl-PL"/>
        </w:rPr>
        <w:t>Odbyłem obowiązkową wizję lokalną w terminie określonym przez Zamawiającego.</w:t>
      </w:r>
    </w:p>
    <w:p w14:paraId="70D1DD83" w14:textId="0816094C" w:rsidR="00AB2436" w:rsidRPr="00AB2436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t xml:space="preserve">3. </w:t>
      </w:r>
      <w:r w:rsidR="00AB2436" w:rsidRPr="00AB2436">
        <w:rPr>
          <w:rFonts w:eastAsia="Arial"/>
          <w:lang w:val="pl-PL"/>
        </w:rPr>
        <w:t>Przyjmuję przedmiot zamówienia do realizacji bez zastrzeżeń i oświadczam, że cena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oferty obejmuje wszystkie koszty i opłaty, niezbędne do zrealizowania przedmiotu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niniejszego zamówienia oraz wszelkie podatki obowiązujące na terenie RP, w tym</w:t>
      </w:r>
      <w:r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podatek VAT</w:t>
      </w:r>
      <w:r>
        <w:rPr>
          <w:rFonts w:eastAsia="Arial"/>
          <w:lang w:val="pl-PL"/>
        </w:rPr>
        <w:t>.</w:t>
      </w:r>
    </w:p>
    <w:p w14:paraId="79C23E9B" w14:textId="3B9499CD" w:rsidR="008E2647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t>4.</w:t>
      </w:r>
      <w:r w:rsidR="00AB2436" w:rsidRPr="00AB2436">
        <w:rPr>
          <w:rFonts w:eastAsia="Arial"/>
          <w:lang w:val="pl-PL"/>
        </w:rPr>
        <w:t>Oświadczam, że przedmiot zamówienia wykonam w terminie wskazanym w zapytaniu</w:t>
      </w:r>
      <w:r w:rsidR="00D93295">
        <w:rPr>
          <w:rFonts w:eastAsia="Arial"/>
          <w:lang w:val="pl-PL"/>
        </w:rPr>
        <w:t xml:space="preserve"> </w:t>
      </w:r>
      <w:r w:rsidR="00AB2436" w:rsidRPr="00AB2436">
        <w:rPr>
          <w:rFonts w:eastAsia="Arial"/>
          <w:lang w:val="pl-PL"/>
        </w:rPr>
        <w:t>ofertowym.</w:t>
      </w:r>
    </w:p>
    <w:p w14:paraId="333F5899" w14:textId="77777777" w:rsidR="008E2647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t xml:space="preserve">5. </w:t>
      </w:r>
      <w:r w:rsidRPr="00AB2436">
        <w:rPr>
          <w:rFonts w:eastAsia="Arial"/>
          <w:lang w:val="pl-PL"/>
        </w:rPr>
        <w:t>Akceptuj</w:t>
      </w:r>
      <w:r w:rsidR="00AB2436" w:rsidRPr="00AB2436">
        <w:rPr>
          <w:rFonts w:eastAsia="Arial"/>
          <w:lang w:val="pl-PL"/>
        </w:rPr>
        <w:t>ę</w:t>
      </w:r>
      <w:r w:rsidRPr="00AB2436">
        <w:rPr>
          <w:rFonts w:eastAsia="Arial"/>
          <w:lang w:val="pl-PL"/>
        </w:rPr>
        <w:t xml:space="preserve"> terminy, trzy</w:t>
      </w:r>
      <w:r>
        <w:rPr>
          <w:rFonts w:eastAsia="Arial"/>
          <w:lang w:val="pl-PL"/>
        </w:rPr>
        <w:t xml:space="preserve"> transze</w:t>
      </w:r>
      <w:r w:rsidRPr="00AB2436">
        <w:rPr>
          <w:rFonts w:eastAsia="Arial"/>
          <w:lang w:val="pl-PL"/>
        </w:rPr>
        <w:t xml:space="preserve"> płatności 15%, 35% i 50% oraz obowiązek uzyskania pozwolenia na budowę i potwierdzenia jego ostateczności.</w:t>
      </w:r>
    </w:p>
    <w:p w14:paraId="77318F04" w14:textId="77777777" w:rsidR="008E2647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lastRenderedPageBreak/>
        <w:t>6.</w:t>
      </w:r>
      <w:r w:rsidRPr="00AB2436">
        <w:rPr>
          <w:rFonts w:eastAsia="Arial"/>
          <w:lang w:val="pl-PL"/>
        </w:rPr>
        <w:t>J</w:t>
      </w:r>
      <w:r w:rsidR="00AB2436" w:rsidRPr="00AB2436">
        <w:rPr>
          <w:rFonts w:eastAsia="Arial"/>
          <w:lang w:val="pl-PL"/>
        </w:rPr>
        <w:t>estem</w:t>
      </w:r>
      <w:r w:rsidRPr="00AB2436">
        <w:rPr>
          <w:rFonts w:eastAsia="Arial"/>
          <w:lang w:val="pl-PL"/>
        </w:rPr>
        <w:t xml:space="preserve"> związan</w:t>
      </w:r>
      <w:r w:rsidR="00AB2436" w:rsidRPr="00AB2436">
        <w:rPr>
          <w:rFonts w:eastAsia="Arial"/>
          <w:lang w:val="pl-PL"/>
        </w:rPr>
        <w:t>y</w:t>
      </w:r>
      <w:r w:rsidRPr="00AB2436">
        <w:rPr>
          <w:rFonts w:eastAsia="Arial"/>
          <w:lang w:val="pl-PL"/>
        </w:rPr>
        <w:t xml:space="preserve"> ofertą przez 30 dni od dnia upływu terminu składania ofert.</w:t>
      </w:r>
    </w:p>
    <w:p w14:paraId="2379CF69" w14:textId="51719C7F" w:rsidR="00D61D7F" w:rsidRPr="008E2647" w:rsidRDefault="008E2647" w:rsidP="008E2647">
      <w:pPr>
        <w:pStyle w:val="Listanumerowana"/>
        <w:numPr>
          <w:ilvl w:val="0"/>
          <w:numId w:val="0"/>
        </w:numPr>
        <w:rPr>
          <w:rFonts w:eastAsia="Arial"/>
          <w:lang w:val="pl-PL"/>
        </w:rPr>
      </w:pPr>
      <w:r>
        <w:rPr>
          <w:rFonts w:eastAsia="Arial"/>
          <w:lang w:val="pl-PL"/>
        </w:rPr>
        <w:t xml:space="preserve">7. </w:t>
      </w:r>
      <w:r w:rsidRPr="00AB2436">
        <w:rPr>
          <w:rFonts w:eastAsia="Arial"/>
          <w:lang w:val="pl-PL"/>
        </w:rPr>
        <w:t>W przypadku wyboru oferty zawrzemy umowę w terminie określonym przez Zamawiającego, nie później niż w ciągu 2 dni roboczych od przekazania informacji o wyborze, z zastrzeżeniem możliwości podpisania wcześniej za zgodą stron.</w:t>
      </w:r>
    </w:p>
    <w:p w14:paraId="1C9AC353" w14:textId="77777777" w:rsidR="008E2647" w:rsidRDefault="008E2647" w:rsidP="008E2647">
      <w:pPr>
        <w:pStyle w:val="Listanumerowana"/>
        <w:numPr>
          <w:ilvl w:val="0"/>
          <w:numId w:val="0"/>
        </w:numPr>
        <w:spacing w:after="60"/>
        <w:rPr>
          <w:lang w:val="pl-PL"/>
        </w:rPr>
      </w:pPr>
      <w:r>
        <w:rPr>
          <w:rFonts w:eastAsia="Arial"/>
          <w:lang w:val="pl-PL"/>
        </w:rPr>
        <w:t xml:space="preserve">8. </w:t>
      </w:r>
      <w:r w:rsidRPr="00AB2436">
        <w:rPr>
          <w:rFonts w:eastAsia="Arial"/>
          <w:lang w:val="pl-PL"/>
        </w:rPr>
        <w:t>Zapewnimy dostępność wskazanych osób przez cały wymagany okres realizacji, a ich zmiana nastąpi wyłącznie zgodnie z warunkami umowy.</w:t>
      </w:r>
    </w:p>
    <w:p w14:paraId="68270B63" w14:textId="64237673" w:rsidR="00D61D7F" w:rsidRPr="00AB2436" w:rsidRDefault="008E2647" w:rsidP="008E2647">
      <w:pPr>
        <w:pStyle w:val="Listanumerowana"/>
        <w:numPr>
          <w:ilvl w:val="0"/>
          <w:numId w:val="0"/>
        </w:numPr>
        <w:spacing w:after="60"/>
        <w:rPr>
          <w:lang w:val="pl-PL"/>
        </w:rPr>
      </w:pPr>
      <w:r>
        <w:rPr>
          <w:lang w:val="pl-PL"/>
        </w:rPr>
        <w:t>9.</w:t>
      </w:r>
      <w:r w:rsidRPr="00AB2436">
        <w:rPr>
          <w:rFonts w:eastAsia="Arial"/>
          <w:lang w:val="pl-PL"/>
        </w:rPr>
        <w:t>Przeniesiemy prawa autorskie i wykonamy nadzór autorski na zasadach określonych w projekcie umowy.</w:t>
      </w:r>
    </w:p>
    <w:p w14:paraId="3CECBBC4" w14:textId="77777777" w:rsidR="00D61D7F" w:rsidRPr="00AB2436" w:rsidRDefault="00912619">
      <w:pPr>
        <w:pStyle w:val="Nagwek1"/>
        <w:rPr>
          <w:lang w:val="pl-PL"/>
        </w:rPr>
      </w:pPr>
      <w:r w:rsidRPr="00AB2436">
        <w:rPr>
          <w:lang w:val="pl-PL"/>
        </w:rPr>
        <w:t>5. Podwykonawcy i zasoby</w:t>
      </w:r>
    </w:p>
    <w:p w14:paraId="3234BFA8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Usługi objęte zamówieniem zamierzam wykonać sam/przy udziale podwykonawców</w:t>
      </w:r>
      <w:r w:rsidRPr="00AB2436">
        <w:rPr>
          <w:rFonts w:eastAsia="Arial"/>
          <w:b/>
          <w:vertAlign w:val="superscript"/>
          <w:lang w:val="pl-PL"/>
        </w:rPr>
        <w:t>1</w:t>
      </w:r>
    </w:p>
    <w:p w14:paraId="2CA955B7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.</w:t>
      </w:r>
    </w:p>
    <w:p w14:paraId="774A2478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Podwykonawca (nazwa i adres) ………………………………………………………………………………………</w:t>
      </w:r>
    </w:p>
    <w:p w14:paraId="72660B5F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…………………………………………………………………………………………………………………………………………</w:t>
      </w:r>
    </w:p>
    <w:p w14:paraId="4FCF3E69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Podwykonawcom zamierzam powierzyć następujące usługi: ……………………………………………</w:t>
      </w:r>
    </w:p>
    <w:p w14:paraId="5C9A2892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…………………………………………………………………………………………………………………………………………</w:t>
      </w:r>
    </w:p>
    <w:p w14:paraId="21134E7F" w14:textId="77777777" w:rsidR="00AB2436" w:rsidRPr="00AB2436" w:rsidRDefault="00AB2436" w:rsidP="00AB2436">
      <w:pPr>
        <w:spacing w:after="60"/>
        <w:jc w:val="left"/>
        <w:rPr>
          <w:rFonts w:eastAsia="Arial"/>
          <w:b/>
          <w:lang w:val="pl-PL"/>
        </w:rPr>
      </w:pPr>
      <w:r w:rsidRPr="00AB2436">
        <w:rPr>
          <w:rFonts w:eastAsia="Arial"/>
          <w:b/>
          <w:lang w:val="pl-PL"/>
        </w:rPr>
        <w:t>…………………………………………………………………………………………………………………………………………</w:t>
      </w:r>
    </w:p>
    <w:p w14:paraId="1BBB6261" w14:textId="2370A631" w:rsidR="00AB2436" w:rsidRDefault="00AB2436" w:rsidP="00D93295">
      <w:pPr>
        <w:spacing w:after="60"/>
        <w:rPr>
          <w:rFonts w:eastAsia="Arial"/>
          <w:b/>
          <w:vertAlign w:val="superscript"/>
          <w:lang w:val="pl-PL"/>
        </w:rPr>
      </w:pPr>
      <w:r w:rsidRPr="00AB2436">
        <w:rPr>
          <w:rFonts w:eastAsia="Arial"/>
          <w:b/>
          <w:lang w:val="pl-PL"/>
        </w:rPr>
        <w:t>6. Oświadczam, że składam niniejszą ofertę w imieniu własnym</w:t>
      </w:r>
      <w:r w:rsidRPr="00AB2436">
        <w:rPr>
          <w:rFonts w:eastAsia="Arial"/>
          <w:b/>
          <w:vertAlign w:val="superscript"/>
          <w:lang w:val="pl-PL"/>
        </w:rPr>
        <w:t>1</w:t>
      </w:r>
      <w:r w:rsidRPr="00AB2436">
        <w:rPr>
          <w:rFonts w:eastAsia="Arial"/>
          <w:b/>
          <w:lang w:val="pl-PL"/>
        </w:rPr>
        <w:t>/ jako Wykonawcy</w:t>
      </w:r>
      <w:r w:rsidR="00D93295">
        <w:rPr>
          <w:rFonts w:eastAsia="Arial"/>
          <w:b/>
          <w:lang w:val="pl-PL"/>
        </w:rPr>
        <w:t xml:space="preserve"> </w:t>
      </w:r>
      <w:r w:rsidRPr="00AB2436">
        <w:rPr>
          <w:rFonts w:eastAsia="Arial"/>
          <w:b/>
          <w:lang w:val="pl-PL"/>
        </w:rPr>
        <w:t>wspólnie ubiegający się o udzielenie zamówienia</w:t>
      </w:r>
      <w:r w:rsidRPr="00AB2436">
        <w:rPr>
          <w:rFonts w:eastAsia="Arial"/>
          <w:b/>
          <w:vertAlign w:val="superscript"/>
          <w:lang w:val="pl-PL"/>
        </w:rPr>
        <w:t>1</w:t>
      </w:r>
      <w:r w:rsidRPr="00AB2436">
        <w:rPr>
          <w:rFonts w:eastAsia="Arial"/>
          <w:b/>
          <w:lang w:val="pl-PL"/>
        </w:rPr>
        <w:t>. Ponadto oświadczam, że będziemy</w:t>
      </w:r>
      <w:r w:rsidR="00D93295">
        <w:rPr>
          <w:rFonts w:eastAsia="Arial"/>
          <w:b/>
          <w:lang w:val="pl-PL"/>
        </w:rPr>
        <w:t xml:space="preserve"> </w:t>
      </w:r>
      <w:r w:rsidRPr="00AB2436">
        <w:rPr>
          <w:rFonts w:eastAsia="Arial"/>
          <w:b/>
          <w:lang w:val="pl-PL"/>
        </w:rPr>
        <w:t>odpowiadać solidarnie za wykonanie niniejszego zamówienia</w:t>
      </w:r>
      <w:r w:rsidRPr="00AB2436">
        <w:rPr>
          <w:rFonts w:eastAsia="Arial"/>
          <w:b/>
          <w:vertAlign w:val="superscript"/>
          <w:lang w:val="pl-PL"/>
        </w:rPr>
        <w:t>1</w:t>
      </w:r>
    </w:p>
    <w:p w14:paraId="209D359C" w14:textId="77777777" w:rsidR="008E2647" w:rsidRDefault="008E2647" w:rsidP="00AB2436">
      <w:pPr>
        <w:spacing w:after="60"/>
        <w:jc w:val="left"/>
        <w:rPr>
          <w:rFonts w:eastAsia="Arial"/>
          <w:b/>
          <w:lang w:val="pl-PL"/>
        </w:rPr>
      </w:pPr>
    </w:p>
    <w:p w14:paraId="5FFF71B3" w14:textId="628AACD0" w:rsidR="00D61D7F" w:rsidRPr="00AB2436" w:rsidRDefault="008E2647" w:rsidP="00AB2436">
      <w:pPr>
        <w:spacing w:after="60"/>
        <w:jc w:val="left"/>
        <w:rPr>
          <w:lang w:val="pl-PL"/>
        </w:rPr>
      </w:pPr>
      <w:r>
        <w:rPr>
          <w:rFonts w:eastAsia="Arial"/>
          <w:b/>
          <w:lang w:val="pl-PL"/>
        </w:rPr>
        <w:t>7.</w:t>
      </w:r>
      <w:r w:rsidRPr="00AB2436">
        <w:rPr>
          <w:rFonts w:eastAsia="Arial"/>
          <w:b/>
          <w:lang w:val="pl-PL"/>
        </w:rPr>
        <w:t>Podmioty, na których zasobach polegam</w:t>
      </w:r>
      <w:r w:rsidRPr="008E2647">
        <w:rPr>
          <w:rFonts w:eastAsia="Arial"/>
          <w:b/>
          <w:vertAlign w:val="superscript"/>
          <w:lang w:val="pl-PL"/>
        </w:rPr>
        <w:t>1</w:t>
      </w:r>
      <w:r w:rsidRPr="00AB2436">
        <w:rPr>
          <w:rFonts w:eastAsia="Arial"/>
          <w:b/>
          <w:lang w:val="pl-PL"/>
        </w:rPr>
        <w:t xml:space="preserve">: </w:t>
      </w:r>
      <w:r w:rsidRPr="00AB2436">
        <w:rPr>
          <w:rFonts w:eastAsia="Arial"/>
          <w:lang w:val="pl-PL"/>
        </w:rPr>
        <w:t>................................................................................................</w:t>
      </w:r>
    </w:p>
    <w:p w14:paraId="65B9C8B3" w14:textId="00834538" w:rsidR="00D61D7F" w:rsidRPr="00AB2436" w:rsidRDefault="008E2647">
      <w:pPr>
        <w:pStyle w:val="Nagwek1"/>
        <w:rPr>
          <w:lang w:val="pl-PL"/>
        </w:rPr>
      </w:pPr>
      <w:r>
        <w:rPr>
          <w:lang w:val="pl-PL"/>
        </w:rPr>
        <w:t>8</w:t>
      </w:r>
      <w:r w:rsidRPr="00AB2436">
        <w:rPr>
          <w:lang w:val="pl-PL"/>
        </w:rPr>
        <w:t>. Załączniki do oferty</w:t>
      </w:r>
    </w:p>
    <w:p w14:paraId="235571B7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wykaz usług i dowody należytego wykonania</w:t>
      </w:r>
    </w:p>
    <w:p w14:paraId="1FF84888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wykaz osób i dokumenty potwierdzające kwalifikacje</w:t>
      </w:r>
    </w:p>
    <w:p w14:paraId="13035516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oświadczenie wykonawcy</w:t>
      </w:r>
    </w:p>
    <w:p w14:paraId="01E3F201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pełnomocnictwo - jeżeli dotyczy</w:t>
      </w:r>
    </w:p>
    <w:p w14:paraId="20C7CF01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zobowiązanie podmiotu udostępniającego zasoby - jeżeli dotyczy</w:t>
      </w:r>
    </w:p>
    <w:p w14:paraId="2C5D2D83" w14:textId="77777777" w:rsidR="00D61D7F" w:rsidRPr="00AB2436" w:rsidRDefault="00912619" w:rsidP="00C3359F">
      <w:pPr>
        <w:pStyle w:val="Listapunktowana"/>
        <w:numPr>
          <w:ilvl w:val="0"/>
          <w:numId w:val="10"/>
        </w:numPr>
        <w:spacing w:after="50"/>
        <w:rPr>
          <w:lang w:val="pl-PL"/>
        </w:rPr>
      </w:pPr>
      <w:r w:rsidRPr="00AB2436">
        <w:rPr>
          <w:rFonts w:eastAsia="Arial"/>
          <w:lang w:val="pl-PL"/>
        </w:rPr>
        <w:t>inne dokumenty: ........................................................................................</w:t>
      </w:r>
    </w:p>
    <w:p w14:paraId="0DA7C466" w14:textId="77777777" w:rsidR="00D61D7F" w:rsidRPr="00AB2436" w:rsidRDefault="00D61D7F">
      <w:pPr>
        <w:rPr>
          <w:lang w:val="pl-PL"/>
        </w:rPr>
      </w:pPr>
    </w:p>
    <w:p w14:paraId="78262D4E" w14:textId="77777777" w:rsidR="00D61D7F" w:rsidRPr="00AB2436" w:rsidRDefault="00912619">
      <w:pPr>
        <w:jc w:val="center"/>
        <w:rPr>
          <w:lang w:val="pl-PL"/>
        </w:rPr>
      </w:pPr>
      <w:r w:rsidRPr="00AB2436">
        <w:rPr>
          <w:rFonts w:eastAsia="Arial"/>
          <w:lang w:val="pl-PL"/>
        </w:rPr>
        <w:t>............................................................</w:t>
      </w:r>
    </w:p>
    <w:p w14:paraId="6BA508A3" w14:textId="77777777" w:rsidR="00D61D7F" w:rsidRDefault="00912619">
      <w:pPr>
        <w:jc w:val="center"/>
        <w:rPr>
          <w:rFonts w:eastAsia="Arial"/>
          <w:color w:val="5A5A5A"/>
          <w:sz w:val="17"/>
          <w:lang w:val="pl-PL"/>
        </w:rPr>
      </w:pPr>
      <w:r w:rsidRPr="00AB2436">
        <w:rPr>
          <w:rFonts w:eastAsia="Arial"/>
          <w:color w:val="5A5A5A"/>
          <w:sz w:val="17"/>
          <w:lang w:val="pl-PL"/>
        </w:rPr>
        <w:t>Podpis osoby uprawnionej</w:t>
      </w:r>
    </w:p>
    <w:p w14:paraId="479B1E3D" w14:textId="77777777" w:rsidR="008E2647" w:rsidRDefault="008E2647">
      <w:pPr>
        <w:jc w:val="center"/>
        <w:rPr>
          <w:rFonts w:eastAsia="Arial"/>
          <w:color w:val="5A5A5A"/>
          <w:sz w:val="17"/>
          <w:lang w:val="pl-PL"/>
        </w:rPr>
      </w:pPr>
    </w:p>
    <w:p w14:paraId="551EEC23" w14:textId="77777777" w:rsidR="008E2647" w:rsidRDefault="008E2647">
      <w:pPr>
        <w:jc w:val="center"/>
        <w:rPr>
          <w:rFonts w:eastAsia="Arial"/>
          <w:color w:val="5A5A5A"/>
          <w:sz w:val="17"/>
          <w:lang w:val="pl-PL"/>
        </w:rPr>
      </w:pPr>
    </w:p>
    <w:p w14:paraId="5FD90576" w14:textId="77777777" w:rsidR="008E2647" w:rsidRDefault="008E2647">
      <w:pPr>
        <w:jc w:val="center"/>
        <w:rPr>
          <w:rFonts w:eastAsia="Arial"/>
          <w:color w:val="5A5A5A"/>
          <w:sz w:val="17"/>
          <w:lang w:val="pl-PL"/>
        </w:rPr>
      </w:pPr>
    </w:p>
    <w:p w14:paraId="33CCF7AF" w14:textId="77FDEA86" w:rsidR="008E2647" w:rsidRPr="00AB2436" w:rsidRDefault="008E2647" w:rsidP="008E2647">
      <w:pPr>
        <w:rPr>
          <w:lang w:val="pl-PL"/>
        </w:rPr>
      </w:pPr>
      <w:r w:rsidRPr="008E2647">
        <w:rPr>
          <w:rFonts w:eastAsia="Arial"/>
          <w:color w:val="5A5A5A"/>
          <w:sz w:val="17"/>
          <w:vertAlign w:val="superscript"/>
          <w:lang w:val="pl-PL"/>
        </w:rPr>
        <w:t>1</w:t>
      </w:r>
      <w:r>
        <w:rPr>
          <w:rFonts w:eastAsia="Arial"/>
          <w:color w:val="5A5A5A"/>
          <w:sz w:val="17"/>
          <w:lang w:val="pl-PL"/>
        </w:rPr>
        <w:t xml:space="preserve"> niepotrzebne skreślić</w:t>
      </w:r>
    </w:p>
    <w:sectPr w:rsidR="008E2647" w:rsidRPr="00AB2436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8928" w14:textId="77777777" w:rsidR="00A0332E" w:rsidRDefault="00A0332E">
      <w:pPr>
        <w:spacing w:after="0" w:line="240" w:lineRule="auto"/>
      </w:pPr>
      <w:r>
        <w:separator/>
      </w:r>
    </w:p>
  </w:endnote>
  <w:endnote w:type="continuationSeparator" w:id="0">
    <w:p w14:paraId="638C8A40" w14:textId="77777777" w:rsidR="00A0332E" w:rsidRDefault="00A0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7F3A" w14:textId="77777777" w:rsidR="00D61D7F" w:rsidRDefault="00912619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C3359F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00A0" w14:textId="77777777" w:rsidR="00A0332E" w:rsidRDefault="00A0332E">
      <w:pPr>
        <w:spacing w:after="0" w:line="240" w:lineRule="auto"/>
      </w:pPr>
      <w:r>
        <w:separator/>
      </w:r>
    </w:p>
  </w:footnote>
  <w:footnote w:type="continuationSeparator" w:id="0">
    <w:p w14:paraId="385F86CE" w14:textId="77777777" w:rsidR="00A0332E" w:rsidRDefault="00A0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5D3F" w14:textId="3D543539" w:rsidR="00305ADA" w:rsidRDefault="00305ADA" w:rsidP="00305ADA">
    <w:pPr>
      <w:pStyle w:val="Nagwek"/>
      <w:jc w:val="right"/>
      <w:rPr>
        <w:rFonts w:eastAsia="Arial"/>
        <w:color w:val="5A5A5A"/>
        <w:sz w:val="17"/>
      </w:rPr>
    </w:pPr>
    <w:proofErr w:type="spellStart"/>
    <w:r>
      <w:rPr>
        <w:rFonts w:eastAsia="Arial"/>
        <w:color w:val="5A5A5A"/>
        <w:sz w:val="17"/>
      </w:rPr>
      <w:t>Załącznik</w:t>
    </w:r>
    <w:proofErr w:type="spellEnd"/>
    <w:r>
      <w:rPr>
        <w:rFonts w:eastAsia="Arial"/>
        <w:color w:val="5A5A5A"/>
        <w:sz w:val="17"/>
      </w:rPr>
      <w:t xml:space="preserve"> nr 3</w:t>
    </w:r>
  </w:p>
  <w:p w14:paraId="778F050B" w14:textId="77777777" w:rsidR="00305ADA" w:rsidRDefault="00305ADA">
    <w:pPr>
      <w:pStyle w:val="Nagwek"/>
      <w:jc w:val="left"/>
      <w:rPr>
        <w:rFonts w:eastAsia="Arial"/>
        <w:color w:val="5A5A5A"/>
        <w:sz w:val="17"/>
      </w:rPr>
    </w:pPr>
  </w:p>
  <w:p w14:paraId="3029D310" w14:textId="06B20C50" w:rsidR="00D61D7F" w:rsidRDefault="00912619">
    <w:pPr>
      <w:pStyle w:val="Nagwek"/>
      <w:jc w:val="left"/>
    </w:pPr>
    <w:proofErr w:type="spellStart"/>
    <w:r>
      <w:rPr>
        <w:rFonts w:eastAsia="Arial"/>
        <w:color w:val="5A5A5A"/>
        <w:sz w:val="17"/>
      </w:rPr>
      <w:t>Gmina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Płońsk</w:t>
    </w:r>
    <w:proofErr w:type="spellEnd"/>
    <w:r>
      <w:rPr>
        <w:rFonts w:eastAsia="Arial"/>
        <w:color w:val="5A5A5A"/>
        <w:sz w:val="17"/>
      </w:rPr>
      <w:t xml:space="preserve">  |  </w:t>
    </w:r>
    <w:proofErr w:type="spellStart"/>
    <w:r>
      <w:rPr>
        <w:rFonts w:eastAsia="Arial"/>
        <w:color w:val="5A5A5A"/>
        <w:sz w:val="17"/>
      </w:rPr>
      <w:t>Dokumentacja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projektowa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ukrycia</w:t>
    </w:r>
    <w:proofErr w:type="spellEnd"/>
    <w:r>
      <w:rPr>
        <w:rFonts w:eastAsia="Arial"/>
        <w:color w:val="5A5A5A"/>
        <w:sz w:val="17"/>
      </w:rPr>
      <w:t xml:space="preserve"> U-3 </w:t>
    </w:r>
    <w:proofErr w:type="spellStart"/>
    <w:r>
      <w:rPr>
        <w:rFonts w:eastAsia="Arial"/>
        <w:color w:val="5A5A5A"/>
        <w:sz w:val="17"/>
      </w:rPr>
      <w:t>dla</w:t>
    </w:r>
    <w:proofErr w:type="spellEnd"/>
    <w:r>
      <w:rPr>
        <w:rFonts w:eastAsia="Arial"/>
        <w:color w:val="5A5A5A"/>
        <w:sz w:val="17"/>
      </w:rPr>
      <w:t xml:space="preserve"> 2500 </w:t>
    </w:r>
    <w:proofErr w:type="spellStart"/>
    <w:r>
      <w:rPr>
        <w:rFonts w:eastAsia="Arial"/>
        <w:color w:val="5A5A5A"/>
        <w:sz w:val="17"/>
      </w:rPr>
      <w:t>osób</w:t>
    </w:r>
    <w:proofErr w:type="spellEnd"/>
    <w:r>
      <w:rPr>
        <w:rFonts w:eastAsia="Arial"/>
        <w:color w:val="5A5A5A"/>
        <w:sz w:val="17"/>
      </w:rPr>
      <w:t xml:space="preserve"> w </w:t>
    </w:r>
    <w:proofErr w:type="spellStart"/>
    <w:r>
      <w:rPr>
        <w:rFonts w:eastAsia="Arial"/>
        <w:color w:val="5A5A5A"/>
        <w:sz w:val="17"/>
      </w:rPr>
      <w:t>Siedlinie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336953"/>
    <w:multiLevelType w:val="hybridMultilevel"/>
    <w:tmpl w:val="DF64C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0397380">
    <w:abstractNumId w:val="8"/>
  </w:num>
  <w:num w:numId="2" w16cid:durableId="377969570">
    <w:abstractNumId w:val="6"/>
  </w:num>
  <w:num w:numId="3" w16cid:durableId="1873225726">
    <w:abstractNumId w:val="5"/>
  </w:num>
  <w:num w:numId="4" w16cid:durableId="20325508">
    <w:abstractNumId w:val="4"/>
  </w:num>
  <w:num w:numId="5" w16cid:durableId="1598832045">
    <w:abstractNumId w:val="7"/>
  </w:num>
  <w:num w:numId="6" w16cid:durableId="218175250">
    <w:abstractNumId w:val="3"/>
  </w:num>
  <w:num w:numId="7" w16cid:durableId="1814247997">
    <w:abstractNumId w:val="2"/>
  </w:num>
  <w:num w:numId="8" w16cid:durableId="553391479">
    <w:abstractNumId w:val="1"/>
  </w:num>
  <w:num w:numId="9" w16cid:durableId="469323882">
    <w:abstractNumId w:val="0"/>
  </w:num>
  <w:num w:numId="10" w16cid:durableId="5092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8DF"/>
    <w:rsid w:val="0015074B"/>
    <w:rsid w:val="0029639D"/>
    <w:rsid w:val="002E17B8"/>
    <w:rsid w:val="00305ADA"/>
    <w:rsid w:val="0032305F"/>
    <w:rsid w:val="00326F90"/>
    <w:rsid w:val="00327C2A"/>
    <w:rsid w:val="006A69CD"/>
    <w:rsid w:val="007E7655"/>
    <w:rsid w:val="008E2647"/>
    <w:rsid w:val="00912619"/>
    <w:rsid w:val="00931E44"/>
    <w:rsid w:val="00A0332E"/>
    <w:rsid w:val="00AA1D8D"/>
    <w:rsid w:val="00AB2436"/>
    <w:rsid w:val="00B47730"/>
    <w:rsid w:val="00BD7A1C"/>
    <w:rsid w:val="00BE6B9E"/>
    <w:rsid w:val="00C3359F"/>
    <w:rsid w:val="00C731C3"/>
    <w:rsid w:val="00CB0664"/>
    <w:rsid w:val="00D61D7F"/>
    <w:rsid w:val="00D93295"/>
    <w:rsid w:val="00DB2C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0BA8BF"/>
  <w14:defaultImageDpi w14:val="300"/>
  <w15:docId w15:val="{D37F484E-B349-4907-A368-1A6674D9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2026-09-02T13:05:00Z</dcterms:created>
  <dcterms:modified xsi:type="dcterms:W3CDTF">2026-09-02T13:05:00Z</dcterms:modified>
  <cp:category/>
</cp:coreProperties>
</file>