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3203" w14:textId="77777777" w:rsidR="000650D1" w:rsidRDefault="009241A7">
      <w:pPr>
        <w:pStyle w:val="Tytu"/>
        <w:jc w:val="center"/>
      </w:pPr>
      <w:r>
        <w:t>Wykaz usług</w:t>
      </w:r>
    </w:p>
    <w:p w14:paraId="056A5CA2" w14:textId="77777777" w:rsidR="000650D1" w:rsidRDefault="009241A7">
      <w:pPr>
        <w:jc w:val="center"/>
      </w:pPr>
      <w:r>
        <w:rPr>
          <w:rFonts w:eastAsia="Arial"/>
          <w:b/>
          <w:color w:val="5A5A5A"/>
          <w:sz w:val="23"/>
        </w:rPr>
        <w:t>Potwierdzenie doświadczenia wykonawcy</w:t>
      </w:r>
    </w:p>
    <w:p w14:paraId="5C706786" w14:textId="77777777" w:rsidR="000650D1" w:rsidRDefault="009241A7">
      <w:pPr>
        <w:jc w:val="center"/>
      </w:pPr>
      <w:r>
        <w:rPr>
          <w:rFonts w:eastAsia="Arial"/>
          <w:color w:val="5A5A5A"/>
          <w:sz w:val="19"/>
        </w:rPr>
        <w:t>Siedlin, gmina Płońsk | 2026</w:t>
      </w:r>
    </w:p>
    <w:p w14:paraId="5F40741E" w14:textId="77777777" w:rsidR="000650D1" w:rsidRDefault="000650D1"/>
    <w:p w14:paraId="46B38714" w14:textId="77777777" w:rsidR="000650D1" w:rsidRDefault="009241A7">
      <w:r>
        <w:rPr>
          <w:rFonts w:eastAsia="Arial"/>
        </w:rPr>
        <w:t>Wykaz należy wypełnić w sposób pozwalający jednoznacznie ocenić spełnienie warunków. Do każdej usługi należy dołączyć dowód należytego wykonania. Jedna usługa może potwierdzać oba warunki, jeżeli spełnia wszystkie wymagania.</w:t>
      </w:r>
    </w:p>
    <w:p w14:paraId="7051DE7B" w14:textId="77777777" w:rsidR="000650D1" w:rsidRDefault="009241A7">
      <w:pPr>
        <w:pStyle w:val="Nagwek1"/>
      </w:pPr>
      <w:r>
        <w:t>Usługa nr 1</w:t>
      </w:r>
    </w:p>
    <w:p w14:paraId="0FD11B2F" w14:textId="77777777" w:rsidR="000650D1" w:rsidRDefault="009241A7">
      <w:pPr>
        <w:spacing w:after="60"/>
      </w:pPr>
      <w:r>
        <w:rPr>
          <w:rFonts w:eastAsia="Arial"/>
          <w:b/>
        </w:rPr>
        <w:t xml:space="preserve">Nazwa inwestycji: </w:t>
      </w:r>
      <w:r>
        <w:rPr>
          <w:rFonts w:eastAsia="Arial"/>
        </w:rPr>
        <w:t>................................................................................................</w:t>
      </w:r>
    </w:p>
    <w:p w14:paraId="640C8F59" w14:textId="77777777" w:rsidR="000650D1" w:rsidRDefault="009241A7">
      <w:pPr>
        <w:spacing w:after="60"/>
      </w:pPr>
      <w:r>
        <w:rPr>
          <w:rFonts w:eastAsia="Arial"/>
          <w:b/>
        </w:rPr>
        <w:t xml:space="preserve">Zamawiający i jego dane kontaktowe: </w:t>
      </w:r>
      <w:r>
        <w:rPr>
          <w:rFonts w:eastAsia="Arial"/>
        </w:rPr>
        <w:t>................................................................................................</w:t>
      </w:r>
    </w:p>
    <w:p w14:paraId="50E428CA" w14:textId="77777777" w:rsidR="000650D1" w:rsidRDefault="009241A7">
      <w:pPr>
        <w:spacing w:after="60"/>
      </w:pPr>
      <w:r>
        <w:rPr>
          <w:rFonts w:eastAsia="Arial"/>
          <w:b/>
        </w:rPr>
        <w:t xml:space="preserve">Miejsce realizacji: </w:t>
      </w:r>
      <w:r>
        <w:rPr>
          <w:rFonts w:eastAsia="Arial"/>
        </w:rPr>
        <w:t>................................................................................................</w:t>
      </w:r>
    </w:p>
    <w:p w14:paraId="5BFDB6F5" w14:textId="77777777" w:rsidR="000650D1" w:rsidRDefault="009241A7">
      <w:pPr>
        <w:spacing w:after="60"/>
      </w:pPr>
      <w:r>
        <w:rPr>
          <w:rFonts w:eastAsia="Arial"/>
          <w:b/>
        </w:rPr>
        <w:t xml:space="preserve">Okres wykonywania usługi: </w:t>
      </w:r>
      <w:r>
        <w:rPr>
          <w:rFonts w:eastAsia="Arial"/>
        </w:rPr>
        <w:t>................................................................................................</w:t>
      </w:r>
    </w:p>
    <w:p w14:paraId="2F60AC39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Data należytego zakończenia i odbioru: </w:t>
      </w:r>
      <w:r>
        <w:rPr>
          <w:rFonts w:eastAsia="Arial"/>
        </w:rPr>
        <w:t>................................................................................................</w:t>
      </w:r>
    </w:p>
    <w:p w14:paraId="2ABBCAAB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Zakres wykonanej dokumentacji projektowej: </w:t>
      </w:r>
      <w:r>
        <w:rPr>
          <w:rFonts w:eastAsia="Arial"/>
        </w:rPr>
        <w:t>................................................................................................</w:t>
      </w:r>
    </w:p>
    <w:p w14:paraId="015AD24C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Charakter inwestycji w zakresie obronności państwa - opis: </w:t>
      </w:r>
      <w:r>
        <w:rPr>
          <w:rFonts w:eastAsia="Arial"/>
        </w:rPr>
        <w:t>................................................................................................</w:t>
      </w:r>
    </w:p>
    <w:p w14:paraId="14426EBA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Wartość netto wykonanej usługi projektowej: </w:t>
      </w:r>
      <w:r>
        <w:rPr>
          <w:rFonts w:eastAsia="Arial"/>
        </w:rPr>
        <w:t>................................................................................................</w:t>
      </w:r>
    </w:p>
    <w:p w14:paraId="539E8321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Filtrowentylacja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031958C1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Hermetyzacja budynku albo wydzielonej części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7E6E921E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Zasilanie awaryjne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72E876F8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Rola wykonawcy w realizacji: </w:t>
      </w:r>
      <w:r>
        <w:rPr>
          <w:rFonts w:eastAsia="Arial"/>
        </w:rPr>
        <w:t>................................................................................................</w:t>
      </w:r>
    </w:p>
    <w:p w14:paraId="5B28F26A" w14:textId="77777777" w:rsidR="000650D1" w:rsidRDefault="009241A7" w:rsidP="007E6585">
      <w:pPr>
        <w:spacing w:after="60"/>
        <w:jc w:val="left"/>
      </w:pPr>
      <w:r>
        <w:rPr>
          <w:rFonts w:eastAsia="Arial"/>
          <w:b/>
        </w:rPr>
        <w:t xml:space="preserve">Nazwa załączonego dowodu należytego wykonania: </w:t>
      </w:r>
      <w:r>
        <w:rPr>
          <w:rFonts w:eastAsia="Arial"/>
        </w:rPr>
        <w:t>................................................................................................</w:t>
      </w:r>
    </w:p>
    <w:p w14:paraId="4CE8C31E" w14:textId="77777777" w:rsidR="000650D1" w:rsidRDefault="009241A7">
      <w:r>
        <w:rPr>
          <w:rFonts w:eastAsia="Arial"/>
        </w:rPr>
        <w:t>Warunek potwierdzany przez usługę:  [  ] inwestycja obronna i wartość minimum 800 000 zł netto   [  ] filtrowentylacja, hermetyzacja i zasilanie awaryjne</w:t>
      </w:r>
    </w:p>
    <w:p w14:paraId="18924458" w14:textId="77777777" w:rsidR="000650D1" w:rsidRDefault="009241A7">
      <w:r>
        <w:br w:type="page"/>
      </w:r>
    </w:p>
    <w:p w14:paraId="3E54B3C5" w14:textId="77777777" w:rsidR="000650D1" w:rsidRDefault="009241A7">
      <w:pPr>
        <w:pStyle w:val="Nagwek1"/>
      </w:pPr>
      <w:r>
        <w:lastRenderedPageBreak/>
        <w:t>Usługa nr 2</w:t>
      </w:r>
    </w:p>
    <w:p w14:paraId="52815133" w14:textId="77777777" w:rsidR="000650D1" w:rsidRDefault="009241A7">
      <w:pPr>
        <w:spacing w:after="60"/>
      </w:pPr>
      <w:r>
        <w:rPr>
          <w:rFonts w:eastAsia="Arial"/>
          <w:b/>
        </w:rPr>
        <w:t xml:space="preserve">Nazwa inwestycji: </w:t>
      </w:r>
      <w:r>
        <w:rPr>
          <w:rFonts w:eastAsia="Arial"/>
        </w:rPr>
        <w:t>................................................................................................</w:t>
      </w:r>
    </w:p>
    <w:p w14:paraId="4614FA0D" w14:textId="77777777" w:rsidR="000650D1" w:rsidRDefault="009241A7">
      <w:pPr>
        <w:spacing w:after="60"/>
      </w:pPr>
      <w:r>
        <w:rPr>
          <w:rFonts w:eastAsia="Arial"/>
          <w:b/>
        </w:rPr>
        <w:t xml:space="preserve">Zamawiający i jego dane kontaktowe: </w:t>
      </w:r>
      <w:r>
        <w:rPr>
          <w:rFonts w:eastAsia="Arial"/>
        </w:rPr>
        <w:t>................................................................................................</w:t>
      </w:r>
    </w:p>
    <w:p w14:paraId="2DC9AD79" w14:textId="77777777" w:rsidR="000650D1" w:rsidRDefault="009241A7">
      <w:pPr>
        <w:spacing w:after="60"/>
      </w:pPr>
      <w:r>
        <w:rPr>
          <w:rFonts w:eastAsia="Arial"/>
          <w:b/>
        </w:rPr>
        <w:t xml:space="preserve">Miejsce realizacji: </w:t>
      </w:r>
      <w:r>
        <w:rPr>
          <w:rFonts w:eastAsia="Arial"/>
        </w:rPr>
        <w:t>................................................................................................</w:t>
      </w:r>
    </w:p>
    <w:p w14:paraId="2D10D240" w14:textId="77777777" w:rsidR="000650D1" w:rsidRDefault="009241A7">
      <w:pPr>
        <w:spacing w:after="60"/>
      </w:pPr>
      <w:r>
        <w:rPr>
          <w:rFonts w:eastAsia="Arial"/>
          <w:b/>
        </w:rPr>
        <w:t xml:space="preserve">Okres wykonywania usługi: </w:t>
      </w:r>
      <w:r>
        <w:rPr>
          <w:rFonts w:eastAsia="Arial"/>
        </w:rPr>
        <w:t>................................................................................................</w:t>
      </w:r>
    </w:p>
    <w:p w14:paraId="795EAC2D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Data należytego zakończenia i odbioru: </w:t>
      </w:r>
      <w:r>
        <w:rPr>
          <w:rFonts w:eastAsia="Arial"/>
        </w:rPr>
        <w:t>................................................................................................</w:t>
      </w:r>
    </w:p>
    <w:p w14:paraId="40002CC3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Zakres wykonanej dokumentacji projektowej: </w:t>
      </w:r>
      <w:r>
        <w:rPr>
          <w:rFonts w:eastAsia="Arial"/>
        </w:rPr>
        <w:t>................................................................................................</w:t>
      </w:r>
    </w:p>
    <w:p w14:paraId="61C21CC3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Charakter inwestycji w zakresie obronności państwa - opis: </w:t>
      </w:r>
      <w:r>
        <w:rPr>
          <w:rFonts w:eastAsia="Arial"/>
        </w:rPr>
        <w:t>................................................................................................</w:t>
      </w:r>
    </w:p>
    <w:p w14:paraId="6ED66291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Wartość netto wykonanej usługi projektowej: </w:t>
      </w:r>
      <w:r>
        <w:rPr>
          <w:rFonts w:eastAsia="Arial"/>
        </w:rPr>
        <w:t>................................................................................................</w:t>
      </w:r>
    </w:p>
    <w:p w14:paraId="31904CF0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Filtrowentylacja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07E45B33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Hermetyzacja budynku albo wydzielonej części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5E8B55FE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Zasilanie awaryjne - opis zakresu: </w:t>
      </w:r>
      <w:r>
        <w:rPr>
          <w:rFonts w:eastAsia="Arial"/>
        </w:rPr>
        <w:t>................................................................................................</w:t>
      </w:r>
    </w:p>
    <w:p w14:paraId="226EE065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Rola wykonawcy w realizacji: </w:t>
      </w:r>
      <w:r>
        <w:rPr>
          <w:rFonts w:eastAsia="Arial"/>
        </w:rPr>
        <w:t>................................................................................................</w:t>
      </w:r>
    </w:p>
    <w:p w14:paraId="12A3447B" w14:textId="77777777" w:rsidR="000650D1" w:rsidRDefault="009241A7" w:rsidP="00C37B90">
      <w:pPr>
        <w:spacing w:after="60"/>
        <w:jc w:val="left"/>
      </w:pPr>
      <w:r>
        <w:rPr>
          <w:rFonts w:eastAsia="Arial"/>
          <w:b/>
        </w:rPr>
        <w:t xml:space="preserve">Nazwa załączonego dowodu należytego wykonania: </w:t>
      </w:r>
      <w:r>
        <w:rPr>
          <w:rFonts w:eastAsia="Arial"/>
        </w:rPr>
        <w:t>................................................................................................</w:t>
      </w:r>
    </w:p>
    <w:p w14:paraId="1C86E898" w14:textId="77777777" w:rsidR="000650D1" w:rsidRDefault="009241A7">
      <w:r>
        <w:rPr>
          <w:rFonts w:eastAsia="Arial"/>
        </w:rPr>
        <w:t>Warunek potwierdzany przez usługę:  [  ] inwestycja obronna i wartość minimum 800 000 zł netto   [  ] filtrowentylacja, hermetyzacja i zasilanie awaryjne</w:t>
      </w:r>
    </w:p>
    <w:p w14:paraId="0958F982" w14:textId="67B716C0" w:rsidR="000650D1" w:rsidRDefault="000650D1" w:rsidP="00FB068A"/>
    <w:sectPr w:rsidR="000650D1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6C5E" w14:textId="77777777" w:rsidR="009241A7" w:rsidRDefault="009241A7">
      <w:pPr>
        <w:spacing w:after="0" w:line="240" w:lineRule="auto"/>
      </w:pPr>
      <w:r>
        <w:separator/>
      </w:r>
    </w:p>
  </w:endnote>
  <w:endnote w:type="continuationSeparator" w:id="0">
    <w:p w14:paraId="581FC983" w14:textId="77777777" w:rsidR="009241A7" w:rsidRDefault="00924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DE25" w14:textId="77777777" w:rsidR="000650D1" w:rsidRDefault="009241A7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7E6585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4567F" w14:textId="77777777" w:rsidR="009241A7" w:rsidRDefault="009241A7">
      <w:pPr>
        <w:spacing w:after="0" w:line="240" w:lineRule="auto"/>
      </w:pPr>
      <w:r>
        <w:separator/>
      </w:r>
    </w:p>
  </w:footnote>
  <w:footnote w:type="continuationSeparator" w:id="0">
    <w:p w14:paraId="2FEA621C" w14:textId="77777777" w:rsidR="009241A7" w:rsidRDefault="00924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4ED0" w14:textId="5CEC9D36" w:rsidR="00FB068A" w:rsidRDefault="00FB068A" w:rsidP="00FB068A">
    <w:pPr>
      <w:pStyle w:val="Nagwek"/>
      <w:jc w:val="right"/>
      <w:rPr>
        <w:rFonts w:eastAsia="Arial"/>
        <w:color w:val="5A5A5A"/>
        <w:sz w:val="17"/>
      </w:rPr>
    </w:pPr>
    <w:proofErr w:type="spellStart"/>
    <w:r>
      <w:rPr>
        <w:rFonts w:eastAsia="Arial"/>
        <w:color w:val="5A5A5A"/>
        <w:sz w:val="17"/>
      </w:rPr>
      <w:t>Załącznik</w:t>
    </w:r>
    <w:proofErr w:type="spellEnd"/>
    <w:r>
      <w:rPr>
        <w:rFonts w:eastAsia="Arial"/>
        <w:color w:val="5A5A5A"/>
        <w:sz w:val="17"/>
      </w:rPr>
      <w:t xml:space="preserve"> nr 4</w:t>
    </w:r>
  </w:p>
  <w:p w14:paraId="2659A70F" w14:textId="77777777" w:rsidR="00FB068A" w:rsidRDefault="00FB068A">
    <w:pPr>
      <w:pStyle w:val="Nagwek"/>
      <w:jc w:val="left"/>
      <w:rPr>
        <w:rFonts w:eastAsia="Arial"/>
        <w:color w:val="5A5A5A"/>
        <w:sz w:val="17"/>
      </w:rPr>
    </w:pPr>
  </w:p>
  <w:p w14:paraId="21E46F83" w14:textId="25E03B8F" w:rsidR="000650D1" w:rsidRDefault="009241A7">
    <w:pPr>
      <w:pStyle w:val="Nagwek"/>
      <w:jc w:val="left"/>
    </w:pPr>
    <w:proofErr w:type="spellStart"/>
    <w:r>
      <w:rPr>
        <w:rFonts w:eastAsia="Arial"/>
        <w:color w:val="5A5A5A"/>
        <w:sz w:val="17"/>
      </w:rPr>
      <w:t>Gmina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Płońsk</w:t>
    </w:r>
    <w:proofErr w:type="spellEnd"/>
    <w:r>
      <w:rPr>
        <w:rFonts w:eastAsia="Arial"/>
        <w:color w:val="5A5A5A"/>
        <w:sz w:val="17"/>
      </w:rPr>
      <w:t xml:space="preserve">  |  </w:t>
    </w:r>
    <w:proofErr w:type="spellStart"/>
    <w:r>
      <w:rPr>
        <w:rFonts w:eastAsia="Arial"/>
        <w:color w:val="5A5A5A"/>
        <w:sz w:val="17"/>
      </w:rPr>
      <w:t>Dokumentacja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projektowa</w:t>
    </w:r>
    <w:proofErr w:type="spellEnd"/>
    <w:r>
      <w:rPr>
        <w:rFonts w:eastAsia="Arial"/>
        <w:color w:val="5A5A5A"/>
        <w:sz w:val="17"/>
      </w:rPr>
      <w:t xml:space="preserve"> ukrycia U-3 dla 2500 osób w Siedlinie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1272942">
    <w:abstractNumId w:val="8"/>
  </w:num>
  <w:num w:numId="2" w16cid:durableId="989138760">
    <w:abstractNumId w:val="6"/>
  </w:num>
  <w:num w:numId="3" w16cid:durableId="1602445006">
    <w:abstractNumId w:val="5"/>
  </w:num>
  <w:num w:numId="4" w16cid:durableId="562565009">
    <w:abstractNumId w:val="4"/>
  </w:num>
  <w:num w:numId="5" w16cid:durableId="302934186">
    <w:abstractNumId w:val="7"/>
  </w:num>
  <w:num w:numId="6" w16cid:durableId="1826581656">
    <w:abstractNumId w:val="3"/>
  </w:num>
  <w:num w:numId="7" w16cid:durableId="1940719438">
    <w:abstractNumId w:val="2"/>
  </w:num>
  <w:num w:numId="8" w16cid:durableId="577010921">
    <w:abstractNumId w:val="1"/>
  </w:num>
  <w:num w:numId="9" w16cid:durableId="187473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0D1"/>
    <w:rsid w:val="000718DF"/>
    <w:rsid w:val="00085729"/>
    <w:rsid w:val="0015074B"/>
    <w:rsid w:val="00277E89"/>
    <w:rsid w:val="0029639D"/>
    <w:rsid w:val="00326F90"/>
    <w:rsid w:val="004452D4"/>
    <w:rsid w:val="007E6585"/>
    <w:rsid w:val="007E7655"/>
    <w:rsid w:val="009241A7"/>
    <w:rsid w:val="009777B9"/>
    <w:rsid w:val="00AA1D8D"/>
    <w:rsid w:val="00B47730"/>
    <w:rsid w:val="00BE6B9E"/>
    <w:rsid w:val="00C37B90"/>
    <w:rsid w:val="00CB0664"/>
    <w:rsid w:val="00CD526C"/>
    <w:rsid w:val="00FB06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268F9"/>
  <w14:defaultImageDpi w14:val="300"/>
  <w15:docId w15:val="{D37F484E-B349-4907-A368-1A6674D9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3551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2026-09-02T12:52:00Z</dcterms:created>
  <dcterms:modified xsi:type="dcterms:W3CDTF">2026-09-02T12:52:00Z</dcterms:modified>
  <cp:category/>
</cp:coreProperties>
</file>