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DE6D5" w14:textId="77777777" w:rsidR="0053051C" w:rsidRPr="0098550A" w:rsidRDefault="00DB2DB2" w:rsidP="00D102B5">
      <w:pPr>
        <w:pStyle w:val="Tytu"/>
        <w:jc w:val="left"/>
        <w:rPr>
          <w:lang w:val="pl-PL"/>
        </w:rPr>
      </w:pPr>
      <w:r w:rsidRPr="0098550A">
        <w:rPr>
          <w:lang w:val="pl-PL"/>
        </w:rPr>
        <w:t>Wykaz osób</w:t>
      </w:r>
    </w:p>
    <w:p w14:paraId="17CD3E04" w14:textId="77777777" w:rsidR="0053051C" w:rsidRPr="0098550A" w:rsidRDefault="00DB2DB2">
      <w:pPr>
        <w:jc w:val="center"/>
        <w:rPr>
          <w:noProof/>
          <w:lang w:val="pl-PL"/>
        </w:rPr>
      </w:pPr>
      <w:r w:rsidRPr="0098550A">
        <w:rPr>
          <w:rFonts w:eastAsia="Arial"/>
          <w:b/>
          <w:noProof/>
          <w:color w:val="5A5A5A"/>
          <w:sz w:val="23"/>
          <w:lang w:val="pl-PL"/>
        </w:rPr>
        <w:t>Osoby skierowane do realizacji zamówienia</w:t>
      </w:r>
    </w:p>
    <w:p w14:paraId="37D0E19E" w14:textId="77777777" w:rsidR="0053051C" w:rsidRPr="0098550A" w:rsidRDefault="00DB2DB2">
      <w:pPr>
        <w:jc w:val="center"/>
        <w:rPr>
          <w:noProof/>
          <w:lang w:val="pl-PL"/>
        </w:rPr>
      </w:pPr>
      <w:r w:rsidRPr="0098550A">
        <w:rPr>
          <w:rFonts w:eastAsia="Arial"/>
          <w:noProof/>
          <w:color w:val="5A5A5A"/>
          <w:sz w:val="19"/>
          <w:lang w:val="pl-PL"/>
        </w:rPr>
        <w:t>Siedlin, gmina Płońsk | 2026</w:t>
      </w:r>
    </w:p>
    <w:p w14:paraId="636C2CC8" w14:textId="77777777" w:rsidR="0053051C" w:rsidRPr="0098550A" w:rsidRDefault="0053051C">
      <w:pPr>
        <w:rPr>
          <w:noProof/>
          <w:lang w:val="pl-PL"/>
        </w:rPr>
      </w:pPr>
    </w:p>
    <w:p w14:paraId="47FEF250" w14:textId="77777777" w:rsidR="0053051C" w:rsidRPr="0098550A" w:rsidRDefault="00DB2DB2">
      <w:pPr>
        <w:pStyle w:val="Nagwek1"/>
        <w:rPr>
          <w:noProof/>
          <w:lang w:val="pl-PL"/>
        </w:rPr>
      </w:pPr>
      <w:r w:rsidRPr="0098550A">
        <w:rPr>
          <w:noProof/>
          <w:lang w:val="pl-PL"/>
        </w:rPr>
        <w:t>1. Główny projektant i koordynator wielobranżowy</w:t>
      </w:r>
    </w:p>
    <w:p w14:paraId="1AA2B1FE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Imię i nazwisko: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6E932953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Podstawa dysponowania osobą: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1EA53D01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Rodzaj i numer uprawnień: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44221FE9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Data uzyskania uprawnień: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6C2F1199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Przynależność do izby: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64C30042" w14:textId="77777777" w:rsidR="0053051C" w:rsidRPr="0098550A" w:rsidRDefault="00DB2DB2">
      <w:pPr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Opis doświadczenia potwierdzającego warunek:</w:t>
      </w:r>
    </w:p>
    <w:p w14:paraId="27EDD08D" w14:textId="77777777" w:rsidR="0053051C" w:rsidRPr="0098550A" w:rsidRDefault="00DB2DB2" w:rsidP="00D102B5">
      <w:pPr>
        <w:spacing w:after="60"/>
        <w:jc w:val="left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minimum 10 lat doświadczenia zawodowego w projektowaniu: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69666C44" w14:textId="77777777" w:rsidR="0053051C" w:rsidRPr="0098550A" w:rsidRDefault="00DB2DB2" w:rsidP="00D102B5">
      <w:pPr>
        <w:spacing w:after="60"/>
        <w:jc w:val="left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dokumentacja z ostatnich 10 lat obejmująca filtrowentylację i hermetyzację: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19544BA4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Wykazywane zadania, ich daty, pojemności i osobista rola:</w:t>
      </w:r>
    </w:p>
    <w:p w14:paraId="51E68B5F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147DAF94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34C5821B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181D0846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2CD31D54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3A18E653" w14:textId="77777777" w:rsidR="0053051C" w:rsidRPr="0098550A" w:rsidRDefault="00DB2DB2" w:rsidP="00D102B5">
      <w:pPr>
        <w:spacing w:after="60"/>
        <w:jc w:val="left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Dokumenty potwierdzające doświadczenie: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6848CA94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noProof/>
          <w:lang w:val="pl-PL"/>
        </w:rPr>
        <w:br w:type="page"/>
      </w:r>
    </w:p>
    <w:p w14:paraId="4B907418" w14:textId="6FB100A4" w:rsidR="0053051C" w:rsidRPr="0098550A" w:rsidRDefault="00DB2DB2">
      <w:pPr>
        <w:pStyle w:val="Nagwek1"/>
        <w:rPr>
          <w:noProof/>
          <w:lang w:val="pl-PL"/>
        </w:rPr>
      </w:pPr>
      <w:r w:rsidRPr="0098550A">
        <w:rPr>
          <w:noProof/>
          <w:lang w:val="pl-PL"/>
        </w:rPr>
        <w:lastRenderedPageBreak/>
        <w:t xml:space="preserve">2. Projektant </w:t>
      </w:r>
      <w:r w:rsidR="00B476D9">
        <w:rPr>
          <w:noProof/>
          <w:lang w:val="pl-PL"/>
        </w:rPr>
        <w:t>instalacji</w:t>
      </w:r>
      <w:r w:rsidRPr="0098550A">
        <w:rPr>
          <w:noProof/>
          <w:lang w:val="pl-PL"/>
        </w:rPr>
        <w:t xml:space="preserve"> sanitarn</w:t>
      </w:r>
      <w:r w:rsidR="00B476D9">
        <w:rPr>
          <w:noProof/>
          <w:lang w:val="pl-PL"/>
        </w:rPr>
        <w:t>ych i filtrowentylacji</w:t>
      </w:r>
    </w:p>
    <w:p w14:paraId="7FC29EDF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Imię i nazwisko: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6855CF44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Podstawa dysponowania osobą: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3EFD4017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Rodzaj i numer uprawnień: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14908AC6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Data uzyskania uprawnień: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08288E4C" w14:textId="77777777" w:rsidR="0053051C" w:rsidRPr="0098550A" w:rsidRDefault="00DB2DB2">
      <w:pPr>
        <w:spacing w:after="60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Przynależność do izby: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16E7AE36" w14:textId="77777777" w:rsidR="0053051C" w:rsidRPr="0098550A" w:rsidRDefault="00DB2DB2">
      <w:pPr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Opis doświadczenia potwierdzającego warunek:</w:t>
      </w:r>
    </w:p>
    <w:p w14:paraId="511314B9" w14:textId="77777777" w:rsidR="0053051C" w:rsidRPr="0098550A" w:rsidRDefault="00DB2DB2" w:rsidP="00D102B5">
      <w:pPr>
        <w:spacing w:after="60"/>
        <w:jc w:val="left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minimum 10 lat doświadczenia zawodowego w projektowaniu: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640EE581" w14:textId="77777777" w:rsidR="0053051C" w:rsidRPr="0098550A" w:rsidRDefault="00DB2DB2" w:rsidP="00D102B5">
      <w:pPr>
        <w:spacing w:after="60"/>
        <w:jc w:val="left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dokumentacja z ostatnich 10 lat obejmująca filtrowentylację i hermetyzację: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2A878013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Wykazywane zadania, ich daty, pojemności i osobista rola:</w:t>
      </w:r>
    </w:p>
    <w:p w14:paraId="2B491632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2DE545F8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4FBA11B6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30464C0F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13E0A63B" w14:textId="77777777" w:rsidR="0053051C" w:rsidRPr="0098550A" w:rsidRDefault="00DB2DB2" w:rsidP="00D102B5">
      <w:pPr>
        <w:jc w:val="left"/>
        <w:rPr>
          <w:noProof/>
          <w:lang w:val="pl-PL"/>
        </w:rPr>
      </w:pPr>
      <w:r w:rsidRPr="0098550A">
        <w:rPr>
          <w:rFonts w:eastAsia="Arial"/>
          <w:noProof/>
          <w:lang w:val="pl-PL"/>
        </w:rPr>
        <w:t>........................................................................................................................................................</w:t>
      </w:r>
    </w:p>
    <w:p w14:paraId="2C55E38D" w14:textId="77777777" w:rsidR="0053051C" w:rsidRPr="0098550A" w:rsidRDefault="00DB2DB2" w:rsidP="00D102B5">
      <w:pPr>
        <w:spacing w:after="60"/>
        <w:jc w:val="left"/>
        <w:rPr>
          <w:noProof/>
          <w:lang w:val="pl-PL"/>
        </w:rPr>
      </w:pPr>
      <w:r w:rsidRPr="0098550A">
        <w:rPr>
          <w:rFonts w:eastAsia="Arial"/>
          <w:b/>
          <w:noProof/>
          <w:lang w:val="pl-PL"/>
        </w:rPr>
        <w:t xml:space="preserve">Dokumenty potwierdzające doświadczenie: </w:t>
      </w:r>
      <w:r w:rsidRPr="0098550A">
        <w:rPr>
          <w:rFonts w:eastAsia="Arial"/>
          <w:noProof/>
          <w:lang w:val="pl-PL"/>
        </w:rPr>
        <w:t>................................................................................................</w:t>
      </w:r>
    </w:p>
    <w:p w14:paraId="760761F3" w14:textId="77777777" w:rsidR="0053051C" w:rsidRPr="0098550A" w:rsidRDefault="00DB2DB2">
      <w:pPr>
        <w:rPr>
          <w:noProof/>
          <w:lang w:val="pl-PL"/>
        </w:rPr>
      </w:pPr>
      <w:r w:rsidRPr="0098550A">
        <w:rPr>
          <w:noProof/>
          <w:lang w:val="pl-PL"/>
        </w:rPr>
        <w:br w:type="page"/>
      </w:r>
    </w:p>
    <w:p w14:paraId="14459D4B" w14:textId="1582C414" w:rsidR="0053051C" w:rsidRPr="0098550A" w:rsidRDefault="00DB2DB2">
      <w:pPr>
        <w:pStyle w:val="Nagwek1"/>
        <w:rPr>
          <w:lang w:val="pl-PL"/>
        </w:rPr>
      </w:pPr>
      <w:r w:rsidRPr="0098550A">
        <w:rPr>
          <w:lang w:val="pl-PL"/>
        </w:rPr>
        <w:lastRenderedPageBreak/>
        <w:t>3. Projektant konstrukcji</w:t>
      </w:r>
      <w:r w:rsidR="00B476D9">
        <w:rPr>
          <w:lang w:val="pl-PL"/>
        </w:rPr>
        <w:t xml:space="preserve"> i rozwiązań ochronnych</w:t>
      </w:r>
    </w:p>
    <w:p w14:paraId="4DAFFD05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Imię i nazwisko: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738A7A30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Podstawa dysponowania osobą: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227E6752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Rodzaj i numer uprawnień: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664E6D35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Data uzyskania uprawnień: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69C081D6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Przynależność do izby: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1941EB0D" w14:textId="77777777" w:rsidR="0053051C" w:rsidRPr="0098550A" w:rsidRDefault="00DB2DB2">
      <w:pPr>
        <w:rPr>
          <w:lang w:val="pl-PL"/>
        </w:rPr>
      </w:pPr>
      <w:r w:rsidRPr="0098550A">
        <w:rPr>
          <w:rFonts w:eastAsia="Arial"/>
          <w:lang w:val="pl-PL"/>
        </w:rPr>
        <w:t>Opis doświadczenia potwierdzającego warunek:</w:t>
      </w:r>
    </w:p>
    <w:p w14:paraId="10E31250" w14:textId="77777777" w:rsidR="0053051C" w:rsidRPr="0098550A" w:rsidRDefault="00DB2DB2" w:rsidP="00D102B5">
      <w:pPr>
        <w:spacing w:after="60"/>
        <w:jc w:val="left"/>
        <w:rPr>
          <w:lang w:val="pl-PL"/>
        </w:rPr>
      </w:pPr>
      <w:r w:rsidRPr="0098550A">
        <w:rPr>
          <w:rFonts w:eastAsia="Arial"/>
          <w:b/>
          <w:lang w:val="pl-PL"/>
        </w:rPr>
        <w:t xml:space="preserve">minimum 10 lat doświadczenia zawodowego w projektowaniu: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72425090" w14:textId="77777777" w:rsidR="0053051C" w:rsidRPr="0098550A" w:rsidRDefault="00DB2DB2" w:rsidP="00D102B5">
      <w:pPr>
        <w:spacing w:after="60"/>
        <w:jc w:val="left"/>
        <w:rPr>
          <w:lang w:val="pl-PL"/>
        </w:rPr>
      </w:pPr>
      <w:r w:rsidRPr="0098550A">
        <w:rPr>
          <w:rFonts w:eastAsia="Arial"/>
          <w:b/>
          <w:lang w:val="pl-PL"/>
        </w:rPr>
        <w:t xml:space="preserve">trzy rozwiązania techniczne obiektów zbiorowej ochrony z ostatnich 10 lat: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7519ABC8" w14:textId="77777777" w:rsidR="0053051C" w:rsidRPr="0098550A" w:rsidRDefault="00DB2DB2" w:rsidP="00D102B5">
      <w:pPr>
        <w:spacing w:after="60"/>
        <w:jc w:val="left"/>
        <w:rPr>
          <w:lang w:val="pl-PL"/>
        </w:rPr>
      </w:pPr>
      <w:r w:rsidRPr="0098550A">
        <w:rPr>
          <w:rFonts w:eastAsia="Arial"/>
          <w:b/>
          <w:lang w:val="pl-PL"/>
        </w:rPr>
        <w:t xml:space="preserve">łączna pojemność minimum 1000 osób, każde zadanie minimum 300 osób: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74E00114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Wykazywane zadania, ich daty, pojemności i osobista rola:</w:t>
      </w:r>
    </w:p>
    <w:p w14:paraId="50964BFC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30EDD5CB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2F2F9F05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50F4473A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465D4FB1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04C7080E" w14:textId="77777777" w:rsidR="0053051C" w:rsidRPr="0098550A" w:rsidRDefault="00DB2DB2" w:rsidP="00D102B5">
      <w:pPr>
        <w:spacing w:after="60"/>
        <w:jc w:val="left"/>
        <w:rPr>
          <w:lang w:val="pl-PL"/>
        </w:rPr>
      </w:pPr>
      <w:r w:rsidRPr="0098550A">
        <w:rPr>
          <w:rFonts w:eastAsia="Arial"/>
          <w:b/>
          <w:lang w:val="pl-PL"/>
        </w:rPr>
        <w:t xml:space="preserve">Dokumenty potwierdzające doświadczenie: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628CB0E3" w14:textId="77777777" w:rsidR="0053051C" w:rsidRPr="0098550A" w:rsidRDefault="00DB2DB2">
      <w:pPr>
        <w:rPr>
          <w:lang w:val="pl-PL"/>
        </w:rPr>
      </w:pPr>
      <w:r w:rsidRPr="0098550A">
        <w:rPr>
          <w:lang w:val="pl-PL"/>
        </w:rPr>
        <w:br w:type="page"/>
      </w:r>
    </w:p>
    <w:p w14:paraId="4A6AF052" w14:textId="77777777" w:rsidR="0053051C" w:rsidRPr="0098550A" w:rsidRDefault="00DB2DB2">
      <w:pPr>
        <w:pStyle w:val="Nagwek1"/>
        <w:rPr>
          <w:lang w:val="pl-PL"/>
        </w:rPr>
      </w:pPr>
      <w:r w:rsidRPr="0098550A">
        <w:rPr>
          <w:lang w:val="pl-PL"/>
        </w:rPr>
        <w:lastRenderedPageBreak/>
        <w:t>4. Projektant branży elektrycznej</w:t>
      </w:r>
    </w:p>
    <w:p w14:paraId="03925D4C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Imię i nazwisko: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2111E87B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Podstawa dysponowania osobą: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47106F2E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Rodzaj i numer uprawnień: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5C860FE6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Data uzyskania uprawnień: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1E1CE2BE" w14:textId="77777777" w:rsidR="0053051C" w:rsidRPr="0098550A" w:rsidRDefault="00DB2DB2">
      <w:pPr>
        <w:spacing w:after="60"/>
        <w:rPr>
          <w:lang w:val="pl-PL"/>
        </w:rPr>
      </w:pPr>
      <w:r w:rsidRPr="0098550A">
        <w:rPr>
          <w:rFonts w:eastAsia="Arial"/>
          <w:b/>
          <w:lang w:val="pl-PL"/>
        </w:rPr>
        <w:t xml:space="preserve">Przynależność do izby: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553353FC" w14:textId="77777777" w:rsidR="0053051C" w:rsidRPr="0098550A" w:rsidRDefault="00DB2DB2">
      <w:pPr>
        <w:rPr>
          <w:lang w:val="pl-PL"/>
        </w:rPr>
      </w:pPr>
      <w:r w:rsidRPr="0098550A">
        <w:rPr>
          <w:rFonts w:eastAsia="Arial"/>
          <w:lang w:val="pl-PL"/>
        </w:rPr>
        <w:t>Opis doświadczenia potwierdzającego warunek:</w:t>
      </w:r>
    </w:p>
    <w:p w14:paraId="2D29D6E5" w14:textId="77777777" w:rsidR="0053051C" w:rsidRPr="0098550A" w:rsidRDefault="00DB2DB2" w:rsidP="00D102B5">
      <w:pPr>
        <w:spacing w:after="60"/>
        <w:jc w:val="left"/>
        <w:rPr>
          <w:lang w:val="pl-PL"/>
        </w:rPr>
      </w:pPr>
      <w:r w:rsidRPr="0098550A">
        <w:rPr>
          <w:rFonts w:eastAsia="Arial"/>
          <w:b/>
          <w:lang w:val="pl-PL"/>
        </w:rPr>
        <w:t xml:space="preserve">dokumentacja z ostatnich 10 lat obejmująca zasilanie awaryjne odbiorów krytycznych: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3925DBB2" w14:textId="73408E59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Wykazywane zadania, ich daty</w:t>
      </w:r>
      <w:r w:rsidR="00333EAB" w:rsidRPr="0098550A">
        <w:rPr>
          <w:rFonts w:eastAsia="Arial"/>
          <w:lang w:val="pl-PL"/>
        </w:rPr>
        <w:t xml:space="preserve"> </w:t>
      </w:r>
      <w:r w:rsidRPr="0098550A">
        <w:rPr>
          <w:rFonts w:eastAsia="Arial"/>
          <w:lang w:val="pl-PL"/>
        </w:rPr>
        <w:t>i osobista rola:</w:t>
      </w:r>
    </w:p>
    <w:p w14:paraId="7C6A0098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09A5CB9F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388144BD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5236E66B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1F3275F5" w14:textId="77777777" w:rsidR="0053051C" w:rsidRPr="0098550A" w:rsidRDefault="00DB2DB2" w:rsidP="00D102B5">
      <w:pPr>
        <w:jc w:val="left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........................................................................................................................................................</w:t>
      </w:r>
    </w:p>
    <w:p w14:paraId="6DE3FEBC" w14:textId="77777777" w:rsidR="0053051C" w:rsidRPr="0098550A" w:rsidRDefault="00DB2DB2" w:rsidP="00D102B5">
      <w:pPr>
        <w:spacing w:after="60"/>
        <w:jc w:val="left"/>
        <w:rPr>
          <w:lang w:val="pl-PL"/>
        </w:rPr>
      </w:pPr>
      <w:r w:rsidRPr="0098550A">
        <w:rPr>
          <w:rFonts w:eastAsia="Arial"/>
          <w:b/>
          <w:lang w:val="pl-PL"/>
        </w:rPr>
        <w:t xml:space="preserve">Dokumenty potwierdzające doświadczenie: </w:t>
      </w:r>
      <w:r w:rsidRPr="0098550A">
        <w:rPr>
          <w:rFonts w:eastAsia="Arial"/>
          <w:lang w:val="pl-PL"/>
        </w:rPr>
        <w:t>................................................................................................</w:t>
      </w:r>
    </w:p>
    <w:p w14:paraId="5EB05E1E" w14:textId="77777777" w:rsidR="0053051C" w:rsidRPr="0098550A" w:rsidRDefault="0053051C">
      <w:pPr>
        <w:rPr>
          <w:lang w:val="pl-PL"/>
        </w:rPr>
      </w:pPr>
    </w:p>
    <w:p w14:paraId="2F178D6D" w14:textId="77777777" w:rsidR="0053051C" w:rsidRPr="0098550A" w:rsidRDefault="00DB2DB2">
      <w:pPr>
        <w:jc w:val="center"/>
        <w:rPr>
          <w:lang w:val="pl-PL"/>
        </w:rPr>
      </w:pPr>
      <w:r w:rsidRPr="0098550A">
        <w:rPr>
          <w:rFonts w:eastAsia="Arial"/>
          <w:lang w:val="pl-PL"/>
        </w:rPr>
        <w:t>............................................................</w:t>
      </w:r>
    </w:p>
    <w:p w14:paraId="359950FC" w14:textId="77777777" w:rsidR="0053051C" w:rsidRPr="0098550A" w:rsidRDefault="00DB2DB2">
      <w:pPr>
        <w:jc w:val="center"/>
        <w:rPr>
          <w:lang w:val="pl-PL"/>
        </w:rPr>
      </w:pPr>
      <w:r w:rsidRPr="0098550A">
        <w:rPr>
          <w:rFonts w:eastAsia="Arial"/>
          <w:color w:val="5A5A5A"/>
          <w:sz w:val="17"/>
          <w:lang w:val="pl-PL"/>
        </w:rPr>
        <w:t>Podpis osoby uprawnionej</w:t>
      </w:r>
    </w:p>
    <w:sectPr w:rsidR="0053051C" w:rsidRPr="0098550A" w:rsidSect="00034616">
      <w:headerReference w:type="default" r:id="rId8"/>
      <w:footerReference w:type="default" r:id="rId9"/>
      <w:pgSz w:w="11906" w:h="16838"/>
      <w:pgMar w:top="1020" w:right="1191" w:bottom="964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1E34" w14:textId="77777777" w:rsidR="00DB2DB2" w:rsidRDefault="00DB2DB2">
      <w:pPr>
        <w:spacing w:after="0" w:line="240" w:lineRule="auto"/>
      </w:pPr>
      <w:r>
        <w:separator/>
      </w:r>
    </w:p>
  </w:endnote>
  <w:endnote w:type="continuationSeparator" w:id="0">
    <w:p w14:paraId="0C645F6F" w14:textId="77777777" w:rsidR="00DB2DB2" w:rsidRDefault="00DB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3419" w14:textId="77777777" w:rsidR="0053051C" w:rsidRDefault="00DB2DB2">
    <w:pPr>
      <w:pStyle w:val="Stopka"/>
      <w:jc w:val="right"/>
    </w:pPr>
    <w:r>
      <w:rPr>
        <w:rFonts w:eastAsia="Arial"/>
        <w:color w:val="5A5A5A"/>
        <w:sz w:val="17"/>
      </w:rPr>
      <w:t xml:space="preserve">Strona </w:t>
    </w:r>
    <w:r>
      <w:rPr>
        <w:rFonts w:eastAsia="Arial"/>
        <w:color w:val="5A5A5A"/>
        <w:sz w:val="17"/>
      </w:rPr>
      <w:fldChar w:fldCharType="begin"/>
    </w:r>
    <w:r>
      <w:rPr>
        <w:rFonts w:eastAsia="Arial"/>
        <w:color w:val="5A5A5A"/>
        <w:sz w:val="17"/>
      </w:rPr>
      <w:instrText>PAGE</w:instrText>
    </w:r>
    <w:r>
      <w:rPr>
        <w:rFonts w:eastAsia="Arial"/>
        <w:color w:val="5A5A5A"/>
        <w:sz w:val="17"/>
      </w:rPr>
      <w:fldChar w:fldCharType="separate"/>
    </w:r>
    <w:r w:rsidR="00D102B5">
      <w:rPr>
        <w:rFonts w:eastAsia="Arial"/>
        <w:noProof/>
        <w:color w:val="5A5A5A"/>
        <w:sz w:val="17"/>
      </w:rPr>
      <w:t>1</w:t>
    </w:r>
    <w:r>
      <w:rPr>
        <w:rFonts w:eastAsia="Arial"/>
        <w:color w:val="5A5A5A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5A78C" w14:textId="77777777" w:rsidR="00DB2DB2" w:rsidRDefault="00DB2DB2">
      <w:pPr>
        <w:spacing w:after="0" w:line="240" w:lineRule="auto"/>
      </w:pPr>
      <w:r>
        <w:separator/>
      </w:r>
    </w:p>
  </w:footnote>
  <w:footnote w:type="continuationSeparator" w:id="0">
    <w:p w14:paraId="59F7FE97" w14:textId="77777777" w:rsidR="00DB2DB2" w:rsidRDefault="00DB2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F2F41" w14:textId="63F4048C" w:rsidR="00B476D9" w:rsidRDefault="00B476D9" w:rsidP="00B476D9">
    <w:pPr>
      <w:pStyle w:val="Nagwek"/>
      <w:jc w:val="right"/>
      <w:rPr>
        <w:rFonts w:eastAsia="Arial"/>
        <w:color w:val="5A5A5A"/>
        <w:sz w:val="17"/>
      </w:rPr>
    </w:pPr>
    <w:proofErr w:type="spellStart"/>
    <w:r>
      <w:rPr>
        <w:rFonts w:eastAsia="Arial"/>
        <w:color w:val="5A5A5A"/>
        <w:sz w:val="17"/>
      </w:rPr>
      <w:t>Załącznik</w:t>
    </w:r>
    <w:proofErr w:type="spellEnd"/>
    <w:r>
      <w:rPr>
        <w:rFonts w:eastAsia="Arial"/>
        <w:color w:val="5A5A5A"/>
        <w:sz w:val="17"/>
      </w:rPr>
      <w:t xml:space="preserve"> nr 5</w:t>
    </w:r>
  </w:p>
  <w:p w14:paraId="38024CE4" w14:textId="77777777" w:rsidR="00B476D9" w:rsidRDefault="00B476D9">
    <w:pPr>
      <w:pStyle w:val="Nagwek"/>
      <w:jc w:val="left"/>
      <w:rPr>
        <w:rFonts w:eastAsia="Arial"/>
        <w:color w:val="5A5A5A"/>
        <w:sz w:val="17"/>
      </w:rPr>
    </w:pPr>
  </w:p>
  <w:p w14:paraId="183BE9F7" w14:textId="1AF4AFA0" w:rsidR="0053051C" w:rsidRDefault="00DB2DB2">
    <w:pPr>
      <w:pStyle w:val="Nagwek"/>
      <w:jc w:val="left"/>
    </w:pPr>
    <w:proofErr w:type="spellStart"/>
    <w:r>
      <w:rPr>
        <w:rFonts w:eastAsia="Arial"/>
        <w:color w:val="5A5A5A"/>
        <w:sz w:val="17"/>
      </w:rPr>
      <w:t>Gmina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Płońsk</w:t>
    </w:r>
    <w:proofErr w:type="spellEnd"/>
    <w:r>
      <w:rPr>
        <w:rFonts w:eastAsia="Arial"/>
        <w:color w:val="5A5A5A"/>
        <w:sz w:val="17"/>
      </w:rPr>
      <w:t xml:space="preserve">  |  </w:t>
    </w:r>
    <w:proofErr w:type="spellStart"/>
    <w:r>
      <w:rPr>
        <w:rFonts w:eastAsia="Arial"/>
        <w:color w:val="5A5A5A"/>
        <w:sz w:val="17"/>
      </w:rPr>
      <w:t>Dokumentacja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projektowa</w:t>
    </w:r>
    <w:proofErr w:type="spellEnd"/>
    <w:r>
      <w:rPr>
        <w:rFonts w:eastAsia="Arial"/>
        <w:color w:val="5A5A5A"/>
        <w:sz w:val="17"/>
      </w:rPr>
      <w:t xml:space="preserve"> ukrycia U-3 dla 2500 osób w Siedlinie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9423033">
    <w:abstractNumId w:val="8"/>
  </w:num>
  <w:num w:numId="2" w16cid:durableId="930551385">
    <w:abstractNumId w:val="6"/>
  </w:num>
  <w:num w:numId="3" w16cid:durableId="240018906">
    <w:abstractNumId w:val="5"/>
  </w:num>
  <w:num w:numId="4" w16cid:durableId="327369157">
    <w:abstractNumId w:val="4"/>
  </w:num>
  <w:num w:numId="5" w16cid:durableId="114717881">
    <w:abstractNumId w:val="7"/>
  </w:num>
  <w:num w:numId="6" w16cid:durableId="1545484129">
    <w:abstractNumId w:val="3"/>
  </w:num>
  <w:num w:numId="7" w16cid:durableId="1444109817">
    <w:abstractNumId w:val="2"/>
  </w:num>
  <w:num w:numId="8" w16cid:durableId="1379745169">
    <w:abstractNumId w:val="1"/>
  </w:num>
  <w:num w:numId="9" w16cid:durableId="270824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305F"/>
    <w:rsid w:val="00326F90"/>
    <w:rsid w:val="00333EAB"/>
    <w:rsid w:val="0053051C"/>
    <w:rsid w:val="005D4FA0"/>
    <w:rsid w:val="0062085F"/>
    <w:rsid w:val="00642268"/>
    <w:rsid w:val="0098550A"/>
    <w:rsid w:val="00AA1D8D"/>
    <w:rsid w:val="00B476D9"/>
    <w:rsid w:val="00B47730"/>
    <w:rsid w:val="00B8601E"/>
    <w:rsid w:val="00BE6B9E"/>
    <w:rsid w:val="00C111A6"/>
    <w:rsid w:val="00CB0664"/>
    <w:rsid w:val="00D102B5"/>
    <w:rsid w:val="00D22C02"/>
    <w:rsid w:val="00DB2D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80EB33"/>
  <w14:defaultImageDpi w14:val="300"/>
  <w15:docId w15:val="{DAE54D50-D1CD-428C-99F1-97BF1342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  <w:jc w:val="both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F374F"/>
      <w:sz w:val="27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374F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1F374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F374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1160</Words>
  <Characters>6962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Sz.B.</cp:lastModifiedBy>
  <cp:revision>2</cp:revision>
  <dcterms:created xsi:type="dcterms:W3CDTF">2026-09-02T12:56:00Z</dcterms:created>
  <dcterms:modified xsi:type="dcterms:W3CDTF">2026-09-02T12:56:00Z</dcterms:modified>
  <cp:category/>
</cp:coreProperties>
</file>