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FBDF" w14:textId="77777777" w:rsidR="00CE23B1" w:rsidRDefault="00812231">
      <w:pPr>
        <w:pStyle w:val="Tytu"/>
        <w:jc w:val="center"/>
      </w:pPr>
      <w:r>
        <w:t>Zobowiązanie podmiotu udostępniającego zasoby</w:t>
      </w:r>
    </w:p>
    <w:p w14:paraId="26C462D8" w14:textId="6E5A2444" w:rsidR="00CE23B1" w:rsidRDefault="00812231">
      <w:pPr>
        <w:jc w:val="center"/>
      </w:pPr>
      <w:r>
        <w:rPr>
          <w:rFonts w:eastAsia="Arial"/>
          <w:b/>
          <w:color w:val="5A5A5A"/>
          <w:sz w:val="23"/>
        </w:rPr>
        <w:t xml:space="preserve">Wykonanie kompletnej dokumentacji projektowej budowy podziemnego ukrycia kategorii U-3 dla 2500 osób w miejscowości Siedlin wraz z </w:t>
      </w:r>
      <w:proofErr w:type="spellStart"/>
      <w:r>
        <w:rPr>
          <w:rFonts w:eastAsia="Arial"/>
          <w:b/>
          <w:color w:val="5A5A5A"/>
          <w:sz w:val="23"/>
        </w:rPr>
        <w:t>uzyskaniem</w:t>
      </w:r>
      <w:proofErr w:type="spellEnd"/>
      <w:r>
        <w:rPr>
          <w:rFonts w:eastAsia="Arial"/>
          <w:b/>
          <w:color w:val="5A5A5A"/>
          <w:sz w:val="23"/>
        </w:rPr>
        <w:t xml:space="preserve"> </w:t>
      </w:r>
      <w:proofErr w:type="spellStart"/>
      <w:r>
        <w:rPr>
          <w:rFonts w:eastAsia="Arial"/>
          <w:b/>
          <w:color w:val="5A5A5A"/>
          <w:sz w:val="23"/>
        </w:rPr>
        <w:t>decyzji</w:t>
      </w:r>
      <w:proofErr w:type="spellEnd"/>
      <w:r>
        <w:rPr>
          <w:rFonts w:eastAsia="Arial"/>
          <w:b/>
          <w:color w:val="5A5A5A"/>
          <w:sz w:val="23"/>
        </w:rPr>
        <w:t xml:space="preserve"> o</w:t>
      </w:r>
      <w:r w:rsidR="00C00605">
        <w:rPr>
          <w:rFonts w:eastAsia="Arial"/>
          <w:b/>
          <w:color w:val="5A5A5A"/>
          <w:sz w:val="23"/>
        </w:rPr>
        <w:t> </w:t>
      </w:r>
      <w:proofErr w:type="spellStart"/>
      <w:r>
        <w:rPr>
          <w:rFonts w:eastAsia="Arial"/>
          <w:b/>
          <w:color w:val="5A5A5A"/>
          <w:sz w:val="23"/>
        </w:rPr>
        <w:t>pozwoleniu</w:t>
      </w:r>
      <w:proofErr w:type="spellEnd"/>
      <w:r>
        <w:rPr>
          <w:rFonts w:eastAsia="Arial"/>
          <w:b/>
          <w:color w:val="5A5A5A"/>
          <w:sz w:val="23"/>
        </w:rPr>
        <w:t xml:space="preserve"> </w:t>
      </w:r>
      <w:proofErr w:type="spellStart"/>
      <w:r>
        <w:rPr>
          <w:rFonts w:eastAsia="Arial"/>
          <w:b/>
          <w:color w:val="5A5A5A"/>
          <w:sz w:val="23"/>
        </w:rPr>
        <w:t>na</w:t>
      </w:r>
      <w:proofErr w:type="spellEnd"/>
      <w:r>
        <w:rPr>
          <w:rFonts w:eastAsia="Arial"/>
          <w:b/>
          <w:color w:val="5A5A5A"/>
          <w:sz w:val="23"/>
        </w:rPr>
        <w:t xml:space="preserve"> </w:t>
      </w:r>
      <w:proofErr w:type="spellStart"/>
      <w:r>
        <w:rPr>
          <w:rFonts w:eastAsia="Arial"/>
          <w:b/>
          <w:color w:val="5A5A5A"/>
          <w:sz w:val="23"/>
        </w:rPr>
        <w:t>budowę</w:t>
      </w:r>
      <w:proofErr w:type="spellEnd"/>
      <w:r>
        <w:rPr>
          <w:rFonts w:eastAsia="Arial"/>
          <w:b/>
          <w:color w:val="5A5A5A"/>
          <w:sz w:val="23"/>
        </w:rPr>
        <w:t xml:space="preserve"> </w:t>
      </w:r>
      <w:proofErr w:type="spellStart"/>
      <w:r>
        <w:rPr>
          <w:rFonts w:eastAsia="Arial"/>
          <w:b/>
          <w:color w:val="5A5A5A"/>
          <w:sz w:val="23"/>
        </w:rPr>
        <w:t>i</w:t>
      </w:r>
      <w:proofErr w:type="spellEnd"/>
      <w:r>
        <w:rPr>
          <w:rFonts w:eastAsia="Arial"/>
          <w:b/>
          <w:color w:val="5A5A5A"/>
          <w:sz w:val="23"/>
        </w:rPr>
        <w:t xml:space="preserve"> </w:t>
      </w:r>
      <w:proofErr w:type="spellStart"/>
      <w:r>
        <w:rPr>
          <w:rFonts w:eastAsia="Arial"/>
          <w:b/>
          <w:color w:val="5A5A5A"/>
          <w:sz w:val="23"/>
        </w:rPr>
        <w:t>sprawowaniem</w:t>
      </w:r>
      <w:proofErr w:type="spellEnd"/>
      <w:r>
        <w:rPr>
          <w:rFonts w:eastAsia="Arial"/>
          <w:b/>
          <w:color w:val="5A5A5A"/>
          <w:sz w:val="23"/>
        </w:rPr>
        <w:t xml:space="preserve"> nadzoru autorskiego</w:t>
      </w:r>
    </w:p>
    <w:p w14:paraId="5710C139" w14:textId="77777777" w:rsidR="00CE23B1" w:rsidRDefault="00812231">
      <w:pPr>
        <w:jc w:val="center"/>
      </w:pPr>
      <w:r>
        <w:rPr>
          <w:rFonts w:eastAsia="Arial"/>
          <w:color w:val="5A5A5A"/>
          <w:sz w:val="19"/>
        </w:rPr>
        <w:t>Siedlin, gmina Płońsk | 2026</w:t>
      </w:r>
    </w:p>
    <w:p w14:paraId="38D18FDC" w14:textId="77777777" w:rsidR="00CE23B1" w:rsidRDefault="00CE23B1"/>
    <w:p w14:paraId="5A88B0D4" w14:textId="77777777" w:rsidR="00CE23B1" w:rsidRDefault="00812231">
      <w:pPr>
        <w:spacing w:after="60"/>
      </w:pPr>
      <w:r>
        <w:rPr>
          <w:rFonts w:eastAsia="Arial"/>
          <w:b/>
        </w:rPr>
        <w:t xml:space="preserve">Podmiot udostępniający zasoby: </w:t>
      </w:r>
      <w:r>
        <w:rPr>
          <w:rFonts w:eastAsia="Arial"/>
        </w:rPr>
        <w:t>................................................................................................</w:t>
      </w:r>
    </w:p>
    <w:p w14:paraId="48F4A0EA" w14:textId="77777777" w:rsidR="00CE23B1" w:rsidRDefault="00812231">
      <w:pPr>
        <w:spacing w:after="60"/>
      </w:pPr>
      <w:r>
        <w:rPr>
          <w:rFonts w:eastAsia="Arial"/>
          <w:b/>
        </w:rPr>
        <w:t xml:space="preserve">Adres i dane rejestrowe: </w:t>
      </w:r>
      <w:r>
        <w:rPr>
          <w:rFonts w:eastAsia="Arial"/>
        </w:rPr>
        <w:t>................................................................................................</w:t>
      </w:r>
    </w:p>
    <w:p w14:paraId="6BCDFA10" w14:textId="77777777" w:rsidR="00CE23B1" w:rsidRDefault="00812231">
      <w:pPr>
        <w:spacing w:after="60"/>
      </w:pPr>
      <w:r>
        <w:rPr>
          <w:rFonts w:eastAsia="Arial"/>
          <w:b/>
        </w:rPr>
        <w:t xml:space="preserve">Wykonawca korzystający z zasobów: </w:t>
      </w:r>
      <w:r>
        <w:rPr>
          <w:rFonts w:eastAsia="Arial"/>
        </w:rPr>
        <w:t>................................................................................................</w:t>
      </w:r>
    </w:p>
    <w:p w14:paraId="57FF1579" w14:textId="77777777" w:rsidR="00CE23B1" w:rsidRDefault="00812231">
      <w:r>
        <w:rPr>
          <w:rFonts w:eastAsia="Arial"/>
        </w:rPr>
        <w:t>Zobowiązuję się oddać wykonawcy do dyspozycji zasoby niezbędne do realizacji zamówienia na cały okres ich wykorzystywania, na poniższych zasadach.</w:t>
      </w:r>
    </w:p>
    <w:p w14:paraId="6FE79EE4" w14:textId="77777777" w:rsidR="00CE23B1" w:rsidRDefault="00812231">
      <w:pPr>
        <w:pStyle w:val="Nagwek1"/>
      </w:pPr>
      <w:r>
        <w:t>1. Zakres udostępnianych zasobów</w:t>
      </w:r>
    </w:p>
    <w:p w14:paraId="23C78C2A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3958DA23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20B53101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6225C75B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5E5DDFA6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5259CB3B" w14:textId="77777777" w:rsidR="00CE23B1" w:rsidRDefault="00812231">
      <w:pPr>
        <w:pStyle w:val="Nagwek1"/>
      </w:pPr>
      <w:r>
        <w:t>2. Sposób i okres wykorzystania zasobów</w:t>
      </w:r>
    </w:p>
    <w:p w14:paraId="59D66DCC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123F235F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1B3CBB72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03EFC648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20965EAC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43BAADE6" w14:textId="77777777" w:rsidR="00CE23B1" w:rsidRDefault="00812231">
      <w:pPr>
        <w:pStyle w:val="Nagwek1"/>
      </w:pPr>
      <w:r>
        <w:t>3. Zakres osobistego udziału podmiotu</w:t>
      </w:r>
    </w:p>
    <w:p w14:paraId="6BAE19FB" w14:textId="77777777" w:rsidR="00CE23B1" w:rsidRDefault="00812231">
      <w:r>
        <w:rPr>
          <w:rFonts w:eastAsia="Arial"/>
        </w:rPr>
        <w:t>Podmiot udostępniający doświadczenie albo osoby będzie rzeczywiście wykonywał odpowiadającą temu doświadczeniu część zamówienia i ponosi odpowiedzialność za jej prawidłowe wykonanie w zakresie określonym umową i przepisami.</w:t>
      </w:r>
    </w:p>
    <w:p w14:paraId="1127B2B0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3AFED132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5CAC3B09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5661BA3C" w14:textId="77777777" w:rsidR="00CE23B1" w:rsidRDefault="00812231">
      <w:r>
        <w:rPr>
          <w:rFonts w:eastAsia="Arial"/>
        </w:rPr>
        <w:t>........................................................................................................................................................</w:t>
      </w:r>
    </w:p>
    <w:p w14:paraId="7E327433" w14:textId="77777777" w:rsidR="00CE23B1" w:rsidRDefault="00CE23B1"/>
    <w:p w14:paraId="70A0B1A6" w14:textId="77777777" w:rsidR="00CE23B1" w:rsidRDefault="00812231">
      <w:pPr>
        <w:jc w:val="center"/>
      </w:pPr>
      <w:r>
        <w:rPr>
          <w:rFonts w:eastAsia="Arial"/>
        </w:rPr>
        <w:t>............................................................</w:t>
      </w:r>
    </w:p>
    <w:p w14:paraId="5FCC2783" w14:textId="77777777" w:rsidR="00CE23B1" w:rsidRDefault="00812231">
      <w:pPr>
        <w:jc w:val="center"/>
      </w:pPr>
      <w:r>
        <w:rPr>
          <w:rFonts w:eastAsia="Arial"/>
          <w:color w:val="5A5A5A"/>
          <w:sz w:val="17"/>
        </w:rPr>
        <w:t>Podpis osoby uprawnionej do reprezentacji podmiotu</w:t>
      </w:r>
    </w:p>
    <w:sectPr w:rsidR="00CE23B1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9F08" w14:textId="77777777" w:rsidR="00812231" w:rsidRDefault="00812231">
      <w:pPr>
        <w:spacing w:after="0" w:line="240" w:lineRule="auto"/>
      </w:pPr>
      <w:r>
        <w:separator/>
      </w:r>
    </w:p>
  </w:endnote>
  <w:endnote w:type="continuationSeparator" w:id="0">
    <w:p w14:paraId="27FBA93C" w14:textId="77777777" w:rsidR="00812231" w:rsidRDefault="00812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F080" w14:textId="77777777" w:rsidR="00CE23B1" w:rsidRDefault="00812231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F4719A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C375D" w14:textId="77777777" w:rsidR="00812231" w:rsidRDefault="00812231">
      <w:pPr>
        <w:spacing w:after="0" w:line="240" w:lineRule="auto"/>
      </w:pPr>
      <w:r>
        <w:separator/>
      </w:r>
    </w:p>
  </w:footnote>
  <w:footnote w:type="continuationSeparator" w:id="0">
    <w:p w14:paraId="4C6D0105" w14:textId="77777777" w:rsidR="00812231" w:rsidRDefault="00812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776D3" w14:textId="6BF9D940" w:rsidR="00C00605" w:rsidRPr="00C00605" w:rsidRDefault="00C00605" w:rsidP="00C00605">
    <w:pPr>
      <w:pStyle w:val="Nagwek"/>
      <w:jc w:val="right"/>
      <w:rPr>
        <w:rFonts w:eastAsia="Arial"/>
        <w:color w:val="5A5A5A"/>
        <w:sz w:val="17"/>
      </w:rPr>
    </w:pPr>
    <w:proofErr w:type="spellStart"/>
    <w:r w:rsidRPr="00C00605">
      <w:rPr>
        <w:rFonts w:eastAsia="Arial"/>
        <w:color w:val="5A5A5A"/>
        <w:sz w:val="17"/>
      </w:rPr>
      <w:t>Załącznik</w:t>
    </w:r>
    <w:proofErr w:type="spellEnd"/>
    <w:r w:rsidRPr="00C00605">
      <w:rPr>
        <w:rFonts w:eastAsia="Arial"/>
        <w:color w:val="5A5A5A"/>
        <w:sz w:val="17"/>
      </w:rPr>
      <w:t xml:space="preserve"> nr </w:t>
    </w:r>
    <w:r>
      <w:rPr>
        <w:rFonts w:eastAsia="Arial"/>
        <w:color w:val="5A5A5A"/>
        <w:sz w:val="17"/>
      </w:rPr>
      <w:t>7</w:t>
    </w:r>
  </w:p>
  <w:p w14:paraId="515D838C" w14:textId="77777777" w:rsidR="00C00605" w:rsidRDefault="00C00605">
    <w:pPr>
      <w:pStyle w:val="Nagwek"/>
      <w:jc w:val="left"/>
      <w:rPr>
        <w:rFonts w:eastAsia="Arial"/>
        <w:color w:val="5A5A5A"/>
        <w:sz w:val="17"/>
      </w:rPr>
    </w:pPr>
  </w:p>
  <w:p w14:paraId="24012FBB" w14:textId="77777777" w:rsidR="00C00605" w:rsidRDefault="00C00605">
    <w:pPr>
      <w:pStyle w:val="Nagwek"/>
      <w:jc w:val="left"/>
      <w:rPr>
        <w:rFonts w:eastAsia="Arial"/>
        <w:color w:val="5A5A5A"/>
        <w:sz w:val="17"/>
      </w:rPr>
    </w:pPr>
  </w:p>
  <w:p w14:paraId="3BDAC108" w14:textId="0B8C64BC" w:rsidR="00CE23B1" w:rsidRDefault="00812231">
    <w:pPr>
      <w:pStyle w:val="Nagwek"/>
      <w:jc w:val="left"/>
    </w:pPr>
    <w:proofErr w:type="spellStart"/>
    <w:r>
      <w:rPr>
        <w:rFonts w:eastAsia="Arial"/>
        <w:color w:val="5A5A5A"/>
        <w:sz w:val="17"/>
      </w:rPr>
      <w:t>Gmina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Płońsk</w:t>
    </w:r>
    <w:proofErr w:type="spellEnd"/>
    <w:r>
      <w:rPr>
        <w:rFonts w:eastAsia="Arial"/>
        <w:color w:val="5A5A5A"/>
        <w:sz w:val="17"/>
      </w:rPr>
      <w:t xml:space="preserve">  |  </w:t>
    </w:r>
    <w:proofErr w:type="spellStart"/>
    <w:r>
      <w:rPr>
        <w:rFonts w:eastAsia="Arial"/>
        <w:color w:val="5A5A5A"/>
        <w:sz w:val="17"/>
      </w:rPr>
      <w:t>Dokumentacja</w:t>
    </w:r>
    <w:proofErr w:type="spellEnd"/>
    <w:r>
      <w:rPr>
        <w:rFonts w:eastAsia="Arial"/>
        <w:color w:val="5A5A5A"/>
        <w:sz w:val="17"/>
      </w:rPr>
      <w:t xml:space="preserve"> </w:t>
    </w:r>
    <w:proofErr w:type="spellStart"/>
    <w:r>
      <w:rPr>
        <w:rFonts w:eastAsia="Arial"/>
        <w:color w:val="5A5A5A"/>
        <w:sz w:val="17"/>
      </w:rPr>
      <w:t>projektowa</w:t>
    </w:r>
    <w:proofErr w:type="spellEnd"/>
    <w:r>
      <w:rPr>
        <w:rFonts w:eastAsia="Arial"/>
        <w:color w:val="5A5A5A"/>
        <w:sz w:val="17"/>
      </w:rPr>
      <w:t xml:space="preserve"> ukrycia U-3 dla 2500 osób w Siedlinie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6591727">
    <w:abstractNumId w:val="8"/>
  </w:num>
  <w:num w:numId="2" w16cid:durableId="1071073742">
    <w:abstractNumId w:val="6"/>
  </w:num>
  <w:num w:numId="3" w16cid:durableId="1759595028">
    <w:abstractNumId w:val="5"/>
  </w:num>
  <w:num w:numId="4" w16cid:durableId="1175263698">
    <w:abstractNumId w:val="4"/>
  </w:num>
  <w:num w:numId="5" w16cid:durableId="1871331775">
    <w:abstractNumId w:val="7"/>
  </w:num>
  <w:num w:numId="6" w16cid:durableId="1454444183">
    <w:abstractNumId w:val="3"/>
  </w:num>
  <w:num w:numId="7" w16cid:durableId="1633972992">
    <w:abstractNumId w:val="2"/>
  </w:num>
  <w:num w:numId="8" w16cid:durableId="855653456">
    <w:abstractNumId w:val="1"/>
  </w:num>
  <w:num w:numId="9" w16cid:durableId="113930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12231"/>
    <w:rsid w:val="00AA1D8D"/>
    <w:rsid w:val="00B47730"/>
    <w:rsid w:val="00BE6B9E"/>
    <w:rsid w:val="00C00605"/>
    <w:rsid w:val="00CB0664"/>
    <w:rsid w:val="00CE23B1"/>
    <w:rsid w:val="00E336F8"/>
    <w:rsid w:val="00F14E01"/>
    <w:rsid w:val="00F471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9396C4"/>
  <w14:defaultImageDpi w14:val="300"/>
  <w15:docId w15:val="{397638EF-7129-495B-B637-50AD8AA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486</Words>
  <Characters>2916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Sz.B.</cp:lastModifiedBy>
  <cp:revision>2</cp:revision>
  <dcterms:created xsi:type="dcterms:W3CDTF">2026-09-02T12:59:00Z</dcterms:created>
  <dcterms:modified xsi:type="dcterms:W3CDTF">2026-09-02T12:59:00Z</dcterms:modified>
  <cp:category/>
</cp:coreProperties>
</file>